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792"/>
      </w:tblGrid>
      <w:tr w:rsidR="0035214B" w14:paraId="26E44A20" w14:textId="77777777">
        <w:trPr>
          <w:jc w:val="center"/>
        </w:trPr>
        <w:tc>
          <w:tcPr>
            <w:tcW w:w="9792" w:type="dxa"/>
            <w:tcBorders>
              <w:top w:val="single" w:sz="4" w:space="0" w:color="D0D7DE"/>
              <w:left w:val="single" w:sz="24" w:space="0" w:color="1F4E79"/>
              <w:bottom w:val="single" w:sz="4" w:space="0" w:color="D0D7DE"/>
              <w:right w:val="single" w:sz="4" w:space="0" w:color="D0D7DE"/>
            </w:tcBorders>
            <w:shd w:val="clear" w:color="auto" w:fill="F0F4F8"/>
            <w:tcMar>
              <w:top w:w="140" w:type="dxa"/>
              <w:left w:w="200" w:type="dxa"/>
              <w:bottom w:w="140" w:type="dxa"/>
              <w:right w:w="200" w:type="dxa"/>
            </w:tcMar>
          </w:tcPr>
          <w:p w14:paraId="252A1B62" w14:textId="69F8C582" w:rsidR="0035214B" w:rsidRDefault="00000000">
            <w:pPr>
              <w:spacing w:before="40" w:after="80"/>
            </w:pPr>
            <w:r>
              <w:rPr>
                <w:b/>
                <w:color w:val="1F4E79"/>
                <w:sz w:val="26"/>
              </w:rPr>
              <w:t>ANEXA 1</w:t>
            </w:r>
            <w:r w:rsidR="00760AAC">
              <w:rPr>
                <w:b/>
                <w:color w:val="1F4E79"/>
                <w:sz w:val="26"/>
              </w:rPr>
              <w:t xml:space="preserve"> – Cerere de </w:t>
            </w:r>
            <w:proofErr w:type="spellStart"/>
            <w:r w:rsidR="00760AAC">
              <w:rPr>
                <w:b/>
                <w:color w:val="1F4E79"/>
                <w:sz w:val="26"/>
              </w:rPr>
              <w:t>înscriere</w:t>
            </w:r>
            <w:proofErr w:type="spellEnd"/>
            <w:r>
              <w:rPr>
                <w:b/>
                <w:color w:val="1F4E79"/>
                <w:sz w:val="26"/>
              </w:rPr>
              <w:br/>
            </w:r>
          </w:p>
          <w:p w14:paraId="5B693599" w14:textId="77777777" w:rsidR="0035214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Proiect finanțat prin: </w:t>
            </w:r>
            <w:r>
              <w:rPr>
                <w:color w:val="444444"/>
                <w:sz w:val="19"/>
              </w:rPr>
              <w:t>Programul Erasmus+ al Uniunii Europene</w:t>
            </w:r>
          </w:p>
          <w:p w14:paraId="6E3A14DB" w14:textId="77777777" w:rsidR="0035214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Acțiunea Cheie 1: </w:t>
            </w:r>
            <w:r>
              <w:rPr>
                <w:color w:val="444444"/>
                <w:sz w:val="19"/>
              </w:rPr>
              <w:t>Educația Adulților (ADU)</w:t>
            </w:r>
          </w:p>
          <w:p w14:paraId="453F1370" w14:textId="77777777" w:rsidR="0035214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Durata proiectului: </w:t>
            </w:r>
            <w:r>
              <w:rPr>
                <w:color w:val="444444"/>
                <w:sz w:val="19"/>
              </w:rPr>
              <w:t>15 luni (01.06.2026 – 31.08.2027)</w:t>
            </w:r>
          </w:p>
          <w:p w14:paraId="1FD98F86" w14:textId="77777777" w:rsidR="0035214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Număr de referință proiect: </w:t>
            </w:r>
            <w:r>
              <w:rPr>
                <w:color w:val="444444"/>
                <w:sz w:val="19"/>
              </w:rPr>
              <w:t>2026-1-RO01-KA121-ADU-000417046</w:t>
            </w:r>
          </w:p>
          <w:p w14:paraId="7863C75E" w14:textId="77777777" w:rsidR="0035214B" w:rsidRDefault="00000000">
            <w:pPr>
              <w:spacing w:after="40"/>
            </w:pPr>
            <w:r>
              <w:rPr>
                <w:b/>
                <w:color w:val="333333"/>
                <w:sz w:val="19"/>
              </w:rPr>
              <w:t xml:space="preserve">Beneficiar: </w:t>
            </w:r>
            <w:r>
              <w:rPr>
                <w:color w:val="444444"/>
                <w:sz w:val="19"/>
              </w:rPr>
              <w:t>MUZEUL ȚĂRII CRIȘURILOR ORADEA - COMPLEX MUZEAL</w:t>
            </w:r>
          </w:p>
        </w:tc>
      </w:tr>
    </w:tbl>
    <w:p w14:paraId="1EFC7389" w14:textId="77777777" w:rsidR="0035214B" w:rsidRDefault="0035214B">
      <w:pPr>
        <w:spacing w:after="120"/>
      </w:pPr>
    </w:p>
    <w:p w14:paraId="55E9144D" w14:textId="07BE0324" w:rsidR="0035214B" w:rsidRDefault="00000000">
      <w:pPr>
        <w:spacing w:before="240" w:after="320"/>
        <w:jc w:val="center"/>
      </w:pPr>
      <w:r>
        <w:rPr>
          <w:b/>
          <w:color w:val="1F4E79"/>
          <w:sz w:val="28"/>
        </w:rPr>
        <w:t xml:space="preserve">CERERE </w:t>
      </w:r>
    </w:p>
    <w:p w14:paraId="69BCBD64" w14:textId="095C1AB6" w:rsidR="0035214B" w:rsidRDefault="00000000" w:rsidP="00813255">
      <w:pPr>
        <w:spacing w:line="300" w:lineRule="auto"/>
        <w:jc w:val="both"/>
      </w:pPr>
      <w:proofErr w:type="spellStart"/>
      <w:r>
        <w:t>Subsemnatul</w:t>
      </w:r>
      <w:proofErr w:type="spellEnd"/>
      <w:r>
        <w:t>(a)</w:t>
      </w:r>
      <w:r w:rsidR="00360157">
        <w:t>________</w:t>
      </w:r>
      <w:r>
        <w:rPr>
          <w:color w:val="666666"/>
        </w:rPr>
        <w:t xml:space="preserve">______________________________________________, </w:t>
      </w:r>
      <w:proofErr w:type="spellStart"/>
      <w:r>
        <w:t>angajat</w:t>
      </w:r>
      <w:proofErr w:type="spellEnd"/>
      <w:r>
        <w:t xml:space="preserve">(ă) al/a </w:t>
      </w:r>
      <w:r>
        <w:rPr>
          <w:b/>
        </w:rPr>
        <w:t>MUZEULUI ȚĂRII CRIȘURILOR ORADEA - COMPLEX MUZEAL</w:t>
      </w:r>
      <w:r>
        <w:t xml:space="preserve">, vă rog să-mi aprobați înscrierea la concursul de selecție din cadrul Proiectului </w:t>
      </w:r>
      <w:r w:rsidRPr="00EF084E">
        <w:rPr>
          <w:b/>
          <w:bCs/>
        </w:rPr>
        <w:t>Erasmus+</w:t>
      </w:r>
      <w:r>
        <w:t xml:space="preserve"> </w:t>
      </w:r>
      <w:r>
        <w:rPr>
          <w:b/>
        </w:rPr>
        <w:t>2026-1-RO01-KA121-ADU-000417046</w:t>
      </w:r>
      <w:r>
        <w:t>.</w:t>
      </w:r>
    </w:p>
    <w:p w14:paraId="08BA82FE" w14:textId="77777777" w:rsidR="0035214B" w:rsidRDefault="00000000">
      <w:pPr>
        <w:spacing w:before="200" w:after="120"/>
      </w:pPr>
      <w:r>
        <w:rPr>
          <w:b/>
          <w:color w:val="1F4E79"/>
        </w:rPr>
        <w:t>DATE PERSONALE:</w:t>
      </w:r>
    </w:p>
    <w:p w14:paraId="763FFFB2" w14:textId="77777777" w:rsidR="0035214B" w:rsidRDefault="00000000">
      <w:pPr>
        <w:spacing w:after="80"/>
        <w:ind w:left="288"/>
      </w:pPr>
      <w:r>
        <w:rPr>
          <w:b/>
        </w:rPr>
        <w:t xml:space="preserve">CNP: </w:t>
      </w:r>
      <w:r>
        <w:rPr>
          <w:color w:val="777777"/>
        </w:rPr>
        <w:t>__________________________________________________</w:t>
      </w:r>
    </w:p>
    <w:p w14:paraId="10413D10" w14:textId="275887FC" w:rsidR="0035214B" w:rsidRDefault="00000000">
      <w:pPr>
        <w:spacing w:after="80"/>
        <w:ind w:left="288"/>
      </w:pPr>
      <w:r>
        <w:rPr>
          <w:b/>
        </w:rPr>
        <w:t xml:space="preserve">Domiciliu: </w:t>
      </w:r>
      <w:r>
        <w:rPr>
          <w:color w:val="777777"/>
        </w:rPr>
        <w:t>____________________________________________________________________________</w:t>
      </w:r>
    </w:p>
    <w:p w14:paraId="31D049C8" w14:textId="77777777" w:rsidR="0035214B" w:rsidRDefault="00000000">
      <w:pPr>
        <w:spacing w:after="80"/>
        <w:ind w:left="288"/>
      </w:pPr>
      <w:r>
        <w:rPr>
          <w:b/>
        </w:rPr>
        <w:t xml:space="preserve">Telefon: </w:t>
      </w:r>
      <w:r>
        <w:rPr>
          <w:color w:val="777777"/>
        </w:rPr>
        <w:t>_____________________________________</w:t>
      </w:r>
    </w:p>
    <w:p w14:paraId="1EAB55A0" w14:textId="77777777" w:rsidR="0035214B" w:rsidRDefault="00000000">
      <w:pPr>
        <w:spacing w:after="80"/>
        <w:ind w:left="288"/>
      </w:pPr>
      <w:r>
        <w:rPr>
          <w:b/>
        </w:rPr>
        <w:t xml:space="preserve">E-mail: </w:t>
      </w:r>
      <w:r>
        <w:rPr>
          <w:color w:val="777777"/>
        </w:rPr>
        <w:t>__________________________________________________</w:t>
      </w:r>
    </w:p>
    <w:p w14:paraId="2E00980B" w14:textId="77777777" w:rsidR="0035214B" w:rsidRDefault="00000000">
      <w:pPr>
        <w:spacing w:before="160" w:after="60"/>
      </w:pPr>
      <w:r>
        <w:rPr>
          <w:b/>
          <w:color w:val="1F4E79"/>
        </w:rPr>
        <w:t>1. Nivelul de cunoaștere a limbii engleze:</w:t>
      </w:r>
    </w:p>
    <w:p w14:paraId="67D5AB52" w14:textId="77777777" w:rsidR="0035214B" w:rsidRDefault="00000000">
      <w:pPr>
        <w:spacing w:after="60"/>
        <w:ind w:left="360"/>
      </w:pPr>
      <w:r>
        <w:rPr>
          <w:b/>
        </w:rPr>
        <w:t xml:space="preserve">Scris:   ☐  </w:t>
      </w:r>
      <w:r>
        <w:t xml:space="preserve">Deloc    </w:t>
      </w:r>
      <w:r>
        <w:rPr>
          <w:b/>
        </w:rPr>
        <w:t xml:space="preserve">  ☐  </w:t>
      </w:r>
      <w:r>
        <w:t xml:space="preserve">Acceptabil    </w:t>
      </w:r>
      <w:r>
        <w:rPr>
          <w:b/>
        </w:rPr>
        <w:t xml:space="preserve">  ☐  </w:t>
      </w:r>
      <w:r>
        <w:t xml:space="preserve">Bine    </w:t>
      </w:r>
      <w:r>
        <w:rPr>
          <w:b/>
        </w:rPr>
        <w:t xml:space="preserve">  ☐  </w:t>
      </w:r>
      <w:r>
        <w:t xml:space="preserve">Foarte bine    </w:t>
      </w:r>
    </w:p>
    <w:p w14:paraId="0B1A5404" w14:textId="77777777" w:rsidR="0035214B" w:rsidRDefault="00000000">
      <w:pPr>
        <w:spacing w:after="60"/>
        <w:ind w:left="360"/>
      </w:pPr>
      <w:r>
        <w:rPr>
          <w:b/>
        </w:rPr>
        <w:t xml:space="preserve">Vorbit:   ☐  </w:t>
      </w:r>
      <w:r>
        <w:t xml:space="preserve">Deloc    </w:t>
      </w:r>
      <w:r>
        <w:rPr>
          <w:b/>
        </w:rPr>
        <w:t xml:space="preserve">  ☐  </w:t>
      </w:r>
      <w:r>
        <w:t xml:space="preserve">Acceptabil    </w:t>
      </w:r>
      <w:r>
        <w:rPr>
          <w:b/>
        </w:rPr>
        <w:t xml:space="preserve">  ☐  </w:t>
      </w:r>
      <w:r>
        <w:t xml:space="preserve">Bine    </w:t>
      </w:r>
      <w:r>
        <w:rPr>
          <w:b/>
        </w:rPr>
        <w:t xml:space="preserve">  ☐  </w:t>
      </w:r>
      <w:r>
        <w:t xml:space="preserve">Foarte bine    </w:t>
      </w:r>
    </w:p>
    <w:p w14:paraId="0C15CE29" w14:textId="77777777" w:rsidR="0035214B" w:rsidRDefault="00000000">
      <w:pPr>
        <w:spacing w:before="160" w:after="60"/>
      </w:pPr>
      <w:r>
        <w:rPr>
          <w:b/>
          <w:color w:val="1F4E79"/>
        </w:rPr>
        <w:t>2. Nivelul de utilizare a mijloacelor TIC:</w:t>
      </w:r>
    </w:p>
    <w:p w14:paraId="3B92B0EB" w14:textId="1938AABC" w:rsidR="0035214B" w:rsidRDefault="00BD17E5">
      <w:pPr>
        <w:spacing w:after="60"/>
        <w:ind w:left="360"/>
      </w:pPr>
      <w:proofErr w:type="spellStart"/>
      <w:r>
        <w:rPr>
          <w:b/>
        </w:rPr>
        <w:t>Dețin</w:t>
      </w:r>
      <w:proofErr w:type="spellEnd"/>
      <w:r>
        <w:rPr>
          <w:b/>
        </w:rPr>
        <w:t xml:space="preserve"> / am </w:t>
      </w:r>
      <w:proofErr w:type="spellStart"/>
      <w:r>
        <w:rPr>
          <w:b/>
        </w:rPr>
        <w:t>acces</w:t>
      </w:r>
      <w:proofErr w:type="spellEnd"/>
      <w:r>
        <w:rPr>
          <w:b/>
        </w:rPr>
        <w:t xml:space="preserve"> la un calculator personal:   ☐  </w:t>
      </w:r>
      <w:r>
        <w:t xml:space="preserve">DA    </w:t>
      </w:r>
      <w:r>
        <w:rPr>
          <w:b/>
        </w:rPr>
        <w:t xml:space="preserve">  ☐  </w:t>
      </w:r>
      <w:r>
        <w:t xml:space="preserve">NU    </w:t>
      </w:r>
    </w:p>
    <w:p w14:paraId="0599FFCA" w14:textId="77777777" w:rsidR="0035214B" w:rsidRDefault="00000000">
      <w:pPr>
        <w:spacing w:before="160" w:after="60"/>
      </w:pPr>
      <w:r>
        <w:rPr>
          <w:b/>
          <w:color w:val="1F4E79"/>
        </w:rPr>
        <w:t>3. Disponibilitatea de participare la activitățile, ședințele și workshop-urile organizate în vederea atingerii obiectivelor proiectului:</w:t>
      </w:r>
    </w:p>
    <w:p w14:paraId="41FD9A01" w14:textId="77777777" w:rsidR="000652EA" w:rsidRDefault="00000000">
      <w:pPr>
        <w:spacing w:after="60"/>
        <w:ind w:left="360"/>
        <w:rPr>
          <w:b/>
        </w:rPr>
      </w:pPr>
      <w:r>
        <w:rPr>
          <w:b/>
        </w:rPr>
        <w:t xml:space="preserve">  </w:t>
      </w:r>
      <w:proofErr w:type="gramStart"/>
      <w:r>
        <w:rPr>
          <w:b/>
        </w:rPr>
        <w:t xml:space="preserve">☐  </w:t>
      </w:r>
      <w:r>
        <w:t>Sunt</w:t>
      </w:r>
      <w:proofErr w:type="gramEnd"/>
      <w:r>
        <w:t xml:space="preserve"> dispus(ă) să particip la toate activitățile    </w:t>
      </w:r>
      <w:r>
        <w:rPr>
          <w:b/>
        </w:rPr>
        <w:t xml:space="preserve">  </w:t>
      </w:r>
    </w:p>
    <w:p w14:paraId="6014C8CA" w14:textId="77777777" w:rsidR="000652EA" w:rsidRDefault="000652EA">
      <w:pPr>
        <w:spacing w:after="60"/>
        <w:ind w:left="360"/>
        <w:rPr>
          <w:b/>
        </w:rPr>
      </w:pPr>
      <w:r>
        <w:rPr>
          <w:b/>
        </w:rPr>
        <w:t xml:space="preserve">  </w:t>
      </w:r>
      <w:proofErr w:type="gramStart"/>
      <w:r>
        <w:rPr>
          <w:b/>
        </w:rPr>
        <w:t xml:space="preserve">☐  </w:t>
      </w:r>
      <w:r>
        <w:t>Sunt</w:t>
      </w:r>
      <w:proofErr w:type="gramEnd"/>
      <w:r>
        <w:t xml:space="preserve"> </w:t>
      </w:r>
      <w:proofErr w:type="spellStart"/>
      <w:r>
        <w:t>dispus</w:t>
      </w:r>
      <w:proofErr w:type="spellEnd"/>
      <w:r>
        <w:t xml:space="preserve">(ă)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particip</w:t>
      </w:r>
      <w:proofErr w:type="spellEnd"/>
      <w:r>
        <w:t xml:space="preserve"> </w:t>
      </w:r>
      <w:proofErr w:type="spellStart"/>
      <w:r>
        <w:t>doar</w:t>
      </w:r>
      <w:proofErr w:type="spellEnd"/>
      <w:r>
        <w:t xml:space="preserve"> la câteva activități    </w:t>
      </w:r>
      <w:r>
        <w:rPr>
          <w:b/>
        </w:rPr>
        <w:t xml:space="preserve">  </w:t>
      </w:r>
    </w:p>
    <w:p w14:paraId="7FF6A8BE" w14:textId="62804E4A" w:rsidR="0035214B" w:rsidRDefault="000652EA">
      <w:pPr>
        <w:spacing w:after="60"/>
        <w:ind w:left="360"/>
      </w:pPr>
      <w:r>
        <w:rPr>
          <w:b/>
        </w:rPr>
        <w:t xml:space="preserve">  </w:t>
      </w:r>
      <w:proofErr w:type="gramStart"/>
      <w:r>
        <w:rPr>
          <w:b/>
        </w:rPr>
        <w:t xml:space="preserve">☐  </w:t>
      </w:r>
      <w:r>
        <w:t>Sunt</w:t>
      </w:r>
      <w:proofErr w:type="gramEnd"/>
      <w:r>
        <w:t xml:space="preserve"> </w:t>
      </w:r>
      <w:proofErr w:type="spellStart"/>
      <w:r>
        <w:t>dispus</w:t>
      </w:r>
      <w:proofErr w:type="spellEnd"/>
      <w:r>
        <w:t xml:space="preserve">(ă) </w:t>
      </w:r>
      <w:proofErr w:type="spellStart"/>
      <w:r>
        <w:t>să</w:t>
      </w:r>
      <w:proofErr w:type="spellEnd"/>
      <w:r>
        <w:t xml:space="preserve"> </w:t>
      </w:r>
      <w:proofErr w:type="spellStart"/>
      <w:r>
        <w:t>particip</w:t>
      </w:r>
      <w:proofErr w:type="spellEnd"/>
      <w:r>
        <w:t xml:space="preserve"> </w:t>
      </w:r>
      <w:proofErr w:type="spellStart"/>
      <w:r>
        <w:t>exclusiv</w:t>
      </w:r>
      <w:proofErr w:type="spellEnd"/>
      <w:r>
        <w:t xml:space="preserve"> la mobilități    </w:t>
      </w:r>
    </w:p>
    <w:p w14:paraId="34B4825A" w14:textId="77777777" w:rsidR="0035214B" w:rsidRDefault="00000000">
      <w:pPr>
        <w:spacing w:before="160" w:after="60"/>
      </w:pPr>
      <w:r>
        <w:rPr>
          <w:b/>
          <w:color w:val="1F4E79"/>
        </w:rPr>
        <w:t>4. Participarea la activitățile de diseminare a rezultatelor proiectului:</w:t>
      </w:r>
    </w:p>
    <w:p w14:paraId="0BF97DCE" w14:textId="77777777" w:rsidR="0035214B" w:rsidRDefault="00000000">
      <w:pPr>
        <w:spacing w:after="60"/>
        <w:ind w:left="360"/>
      </w:pPr>
      <w:r>
        <w:rPr>
          <w:b/>
        </w:rPr>
        <w:t xml:space="preserve">Voi participa la activitățile de diseminare:   ☐  </w:t>
      </w:r>
      <w:r>
        <w:t xml:space="preserve">DA    </w:t>
      </w:r>
      <w:r>
        <w:rPr>
          <w:b/>
        </w:rPr>
        <w:t xml:space="preserve">  ☐  </w:t>
      </w:r>
      <w:r>
        <w:t xml:space="preserve">NU    </w:t>
      </w:r>
    </w:p>
    <w:p w14:paraId="7D5C09C5" w14:textId="77777777" w:rsidR="0035214B" w:rsidRDefault="00000000">
      <w:pPr>
        <w:spacing w:before="160" w:after="60"/>
      </w:pPr>
      <w:r>
        <w:rPr>
          <w:b/>
          <w:color w:val="1F4E79"/>
        </w:rPr>
        <w:t>5. Cont bancar (IBAN):</w:t>
      </w:r>
    </w:p>
    <w:p w14:paraId="4EEFC4C6" w14:textId="77A12BEB" w:rsidR="0035214B" w:rsidRDefault="00000000">
      <w:pPr>
        <w:spacing w:after="60"/>
        <w:ind w:left="360"/>
        <w:rPr>
          <w:color w:val="777777"/>
        </w:rPr>
      </w:pPr>
      <w:r>
        <w:rPr>
          <w:b/>
        </w:rPr>
        <w:t xml:space="preserve">Am </w:t>
      </w:r>
      <w:proofErr w:type="spellStart"/>
      <w:r>
        <w:rPr>
          <w:b/>
        </w:rPr>
        <w:t>cont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bancar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deschis</w:t>
      </w:r>
      <w:proofErr w:type="spellEnd"/>
      <w:r>
        <w:rPr>
          <w:b/>
        </w:rPr>
        <w:t xml:space="preserve"> la</w:t>
      </w:r>
      <w:r w:rsidR="000652EA">
        <w:rPr>
          <w:b/>
        </w:rPr>
        <w:t xml:space="preserve"> banca</w:t>
      </w:r>
      <w:r>
        <w:rPr>
          <w:b/>
        </w:rPr>
        <w:t xml:space="preserve">: </w:t>
      </w:r>
      <w:r>
        <w:rPr>
          <w:color w:val="777777"/>
        </w:rPr>
        <w:t>___________________________________________________</w:t>
      </w:r>
    </w:p>
    <w:p w14:paraId="78DCF0ED" w14:textId="77777777" w:rsidR="002235D4" w:rsidRDefault="002235D4">
      <w:pPr>
        <w:spacing w:after="60"/>
        <w:ind w:left="360"/>
      </w:pPr>
    </w:p>
    <w:p w14:paraId="5F5CC3A8" w14:textId="77777777" w:rsidR="0035214B" w:rsidRDefault="00000000">
      <w:pPr>
        <w:spacing w:before="160" w:after="60"/>
      </w:pPr>
      <w:r>
        <w:rPr>
          <w:b/>
          <w:color w:val="1F4E79"/>
        </w:rPr>
        <w:lastRenderedPageBreak/>
        <w:t>6. Criterii de selecție:</w:t>
      </w:r>
    </w:p>
    <w:p w14:paraId="04CAFB2C" w14:textId="77777777" w:rsidR="0035214B" w:rsidRDefault="00000000">
      <w:pPr>
        <w:spacing w:after="60"/>
        <w:ind w:left="360"/>
      </w:pPr>
      <w:r>
        <w:rPr>
          <w:b/>
        </w:rPr>
        <w:t xml:space="preserve">  ☐  </w:t>
      </w:r>
      <w:r>
        <w:t xml:space="preserve">Am luat la cunoștință de criteriile de selecție ale proiectului.    </w:t>
      </w:r>
    </w:p>
    <w:p w14:paraId="7A12731D" w14:textId="77777777" w:rsidR="0035214B" w:rsidRDefault="00000000">
      <w:pPr>
        <w:spacing w:before="160" w:after="60"/>
      </w:pPr>
      <w:r>
        <w:rPr>
          <w:b/>
          <w:color w:val="1F4E79"/>
        </w:rPr>
        <w:t>7. Angajament financiar privind renunțarea:</w:t>
      </w:r>
    </w:p>
    <w:p w14:paraId="30D71F37" w14:textId="77777777" w:rsidR="0035214B" w:rsidRDefault="00000000">
      <w:pPr>
        <w:spacing w:after="60"/>
        <w:ind w:left="360"/>
      </w:pPr>
      <w:r>
        <w:rPr>
          <w:b/>
        </w:rPr>
        <w:t xml:space="preserve">Dacă voi renunța la mobilitate din motive subiective, sunt de acord să suport integral cheltuielile efectuate cu participarea mea în cadrul proiectului:  </w:t>
      </w:r>
      <w:proofErr w:type="gramStart"/>
      <w:r>
        <w:rPr>
          <w:b/>
        </w:rPr>
        <w:t xml:space="preserve">☐  </w:t>
      </w:r>
      <w:r>
        <w:t>DA</w:t>
      </w:r>
      <w:proofErr w:type="gramEnd"/>
      <w:r>
        <w:t xml:space="preserve">    </w:t>
      </w:r>
      <w:r>
        <w:rPr>
          <w:b/>
        </w:rPr>
        <w:t xml:space="preserve">  </w:t>
      </w:r>
      <w:proofErr w:type="gramStart"/>
      <w:r>
        <w:rPr>
          <w:b/>
        </w:rPr>
        <w:t xml:space="preserve">☐  </w:t>
      </w:r>
      <w:r>
        <w:t>NU</w:t>
      </w:r>
      <w:proofErr w:type="gramEnd"/>
      <w:r>
        <w:t xml:space="preserve">    </w:t>
      </w:r>
    </w:p>
    <w:p w14:paraId="30D9CB63" w14:textId="77777777" w:rsidR="000652EA" w:rsidRDefault="000652EA">
      <w:pPr>
        <w:spacing w:after="60"/>
        <w:ind w:left="360"/>
      </w:pPr>
    </w:p>
    <w:p w14:paraId="47D5483D" w14:textId="6B1E184D" w:rsidR="0035214B" w:rsidRDefault="00000000">
      <w:pPr>
        <w:spacing w:before="480" w:after="0"/>
      </w:pPr>
      <w:r>
        <w:rPr>
          <w:b/>
        </w:rPr>
        <w:t xml:space="preserve">Data: ______________________                              </w:t>
      </w:r>
      <w:r w:rsidR="00813255">
        <w:rPr>
          <w:b/>
        </w:rPr>
        <w:tab/>
      </w:r>
      <w:r w:rsidR="00813255">
        <w:rPr>
          <w:b/>
        </w:rPr>
        <w:tab/>
        <w:t xml:space="preserve">      </w:t>
      </w:r>
      <w:r>
        <w:rPr>
          <w:b/>
        </w:rPr>
        <w:t xml:space="preserve">      Semnătura: ___________________</w:t>
      </w:r>
    </w:p>
    <w:sectPr w:rsidR="0035214B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73661704">
    <w:abstractNumId w:val="8"/>
  </w:num>
  <w:num w:numId="2" w16cid:durableId="1826896550">
    <w:abstractNumId w:val="6"/>
  </w:num>
  <w:num w:numId="3" w16cid:durableId="609092736">
    <w:abstractNumId w:val="5"/>
  </w:num>
  <w:num w:numId="4" w16cid:durableId="181480939">
    <w:abstractNumId w:val="4"/>
  </w:num>
  <w:num w:numId="5" w16cid:durableId="1451127296">
    <w:abstractNumId w:val="7"/>
  </w:num>
  <w:num w:numId="6" w16cid:durableId="118961983">
    <w:abstractNumId w:val="3"/>
  </w:num>
  <w:num w:numId="7" w16cid:durableId="1618215471">
    <w:abstractNumId w:val="2"/>
  </w:num>
  <w:num w:numId="8" w16cid:durableId="564679198">
    <w:abstractNumId w:val="1"/>
  </w:num>
  <w:num w:numId="9" w16cid:durableId="1977486700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52EA"/>
    <w:rsid w:val="0015074B"/>
    <w:rsid w:val="002235D4"/>
    <w:rsid w:val="0029639D"/>
    <w:rsid w:val="00326F90"/>
    <w:rsid w:val="0035214B"/>
    <w:rsid w:val="00360157"/>
    <w:rsid w:val="00760AAC"/>
    <w:rsid w:val="007B0A79"/>
    <w:rsid w:val="00813255"/>
    <w:rsid w:val="00AA1D8D"/>
    <w:rsid w:val="00B47730"/>
    <w:rsid w:val="00BD17E5"/>
    <w:rsid w:val="00BD3558"/>
    <w:rsid w:val="00CB0664"/>
    <w:rsid w:val="00CD6EFE"/>
    <w:rsid w:val="00EF084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247D4EA2"/>
  <w14:defaultImageDpi w14:val="300"/>
  <w15:docId w15:val="{EAA7F851-28D9-F649-854F-B456A11B6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  <w:color w:val="2222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2138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Microsoft Office User</cp:lastModifiedBy>
  <cp:revision>9</cp:revision>
  <dcterms:created xsi:type="dcterms:W3CDTF">2013-12-23T23:15:00Z</dcterms:created>
  <dcterms:modified xsi:type="dcterms:W3CDTF">2026-08-27T09:56:00Z</dcterms:modified>
  <cp:category/>
</cp:coreProperties>
</file>