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92"/>
      </w:tblGrid>
      <w:tr w:rsidR="008D4B2B" w14:paraId="14290008" w14:textId="77777777">
        <w:trPr>
          <w:jc w:val="center"/>
        </w:trPr>
        <w:tc>
          <w:tcPr>
            <w:tcW w:w="9792" w:type="dxa"/>
            <w:tcBorders>
              <w:top w:val="single" w:sz="4" w:space="0" w:color="D0D7DE"/>
              <w:left w:val="single" w:sz="24" w:space="0" w:color="1F4E79"/>
              <w:bottom w:val="single" w:sz="4" w:space="0" w:color="D0D7DE"/>
              <w:right w:val="single" w:sz="4" w:space="0" w:color="D0D7DE"/>
            </w:tcBorders>
            <w:shd w:val="clear" w:color="auto" w:fill="F0F4F8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4AC218E" w14:textId="61F85224" w:rsidR="008D4B2B" w:rsidRDefault="00000000">
            <w:pPr>
              <w:spacing w:before="40" w:after="80"/>
            </w:pPr>
            <w:r>
              <w:rPr>
                <w:b/>
                <w:color w:val="1F4E79"/>
                <w:sz w:val="26"/>
              </w:rPr>
              <w:t>ANEXA 3</w:t>
            </w:r>
            <w:r w:rsidR="0056357B">
              <w:rPr>
                <w:b/>
                <w:color w:val="1F4E79"/>
                <w:sz w:val="26"/>
              </w:rPr>
              <w:t xml:space="preserve"> – </w:t>
            </w:r>
            <w:proofErr w:type="spellStart"/>
            <w:r w:rsidR="0056357B">
              <w:rPr>
                <w:b/>
                <w:color w:val="1F4E79"/>
                <w:sz w:val="26"/>
              </w:rPr>
              <w:t>Angajament</w:t>
            </w:r>
            <w:proofErr w:type="spellEnd"/>
            <w:r w:rsidR="0056357B">
              <w:rPr>
                <w:b/>
                <w:color w:val="1F4E79"/>
                <w:sz w:val="26"/>
              </w:rPr>
              <w:t xml:space="preserve"> de </w:t>
            </w:r>
            <w:proofErr w:type="spellStart"/>
            <w:r w:rsidR="0056357B">
              <w:rPr>
                <w:b/>
                <w:color w:val="1F4E79"/>
                <w:sz w:val="26"/>
              </w:rPr>
              <w:t>disponibilitate</w:t>
            </w:r>
            <w:proofErr w:type="spellEnd"/>
            <w:r w:rsidR="0056357B">
              <w:rPr>
                <w:b/>
                <w:color w:val="1F4E79"/>
                <w:sz w:val="26"/>
              </w:rPr>
              <w:t xml:space="preserve"> </w:t>
            </w:r>
            <w:proofErr w:type="spellStart"/>
            <w:r w:rsidR="0056357B">
              <w:rPr>
                <w:b/>
                <w:color w:val="1F4E79"/>
                <w:sz w:val="26"/>
              </w:rPr>
              <w:t>față</w:t>
            </w:r>
            <w:proofErr w:type="spellEnd"/>
            <w:r w:rsidR="0056357B">
              <w:rPr>
                <w:b/>
                <w:color w:val="1F4E79"/>
                <w:sz w:val="26"/>
              </w:rPr>
              <w:t xml:space="preserve"> de </w:t>
            </w:r>
            <w:proofErr w:type="spellStart"/>
            <w:r w:rsidR="0056357B">
              <w:rPr>
                <w:b/>
                <w:color w:val="1F4E79"/>
                <w:sz w:val="26"/>
              </w:rPr>
              <w:t>activitățile</w:t>
            </w:r>
            <w:proofErr w:type="spellEnd"/>
            <w:r w:rsidR="0056357B">
              <w:rPr>
                <w:b/>
                <w:color w:val="1F4E79"/>
                <w:sz w:val="26"/>
              </w:rPr>
              <w:t xml:space="preserve"> </w:t>
            </w:r>
            <w:proofErr w:type="spellStart"/>
            <w:r w:rsidR="0056357B">
              <w:rPr>
                <w:b/>
                <w:color w:val="1F4E79"/>
                <w:sz w:val="26"/>
              </w:rPr>
              <w:t>proiectului</w:t>
            </w:r>
            <w:proofErr w:type="spellEnd"/>
            <w:r>
              <w:rPr>
                <w:b/>
                <w:color w:val="1F4E79"/>
                <w:sz w:val="26"/>
              </w:rPr>
              <w:br/>
            </w:r>
          </w:p>
          <w:p w14:paraId="6A90258A" w14:textId="77777777" w:rsidR="008D4B2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Proiect finanțat prin: </w:t>
            </w:r>
            <w:r>
              <w:rPr>
                <w:color w:val="444444"/>
                <w:sz w:val="19"/>
              </w:rPr>
              <w:t>Programul Erasmus+ al Uniunii Europene</w:t>
            </w:r>
          </w:p>
          <w:p w14:paraId="36FD20FC" w14:textId="77777777" w:rsidR="008D4B2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Acțiunea Cheie 1: </w:t>
            </w:r>
            <w:r>
              <w:rPr>
                <w:color w:val="444444"/>
                <w:sz w:val="19"/>
              </w:rPr>
              <w:t>Educația Adulților (ADU)</w:t>
            </w:r>
          </w:p>
          <w:p w14:paraId="27E73512" w14:textId="77777777" w:rsidR="008D4B2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Durata proiectului: </w:t>
            </w:r>
            <w:r>
              <w:rPr>
                <w:color w:val="444444"/>
                <w:sz w:val="19"/>
              </w:rPr>
              <w:t>15 luni (01.06.2026 – 31.08.2027)</w:t>
            </w:r>
          </w:p>
          <w:p w14:paraId="6BEBBEFD" w14:textId="77777777" w:rsidR="008D4B2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Număr de referință proiect: </w:t>
            </w:r>
            <w:r>
              <w:rPr>
                <w:color w:val="444444"/>
                <w:sz w:val="19"/>
              </w:rPr>
              <w:t>2026-1-RO01-KA121-ADU-000417046</w:t>
            </w:r>
          </w:p>
          <w:p w14:paraId="4E0AECBD" w14:textId="77777777" w:rsidR="008D4B2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Beneficiar: </w:t>
            </w:r>
            <w:r>
              <w:rPr>
                <w:color w:val="444444"/>
                <w:sz w:val="19"/>
              </w:rPr>
              <w:t>MUZEUL ȚĂRII CRIȘURILOR ORADEA - COMPLEX MUZEAL</w:t>
            </w:r>
          </w:p>
        </w:tc>
      </w:tr>
    </w:tbl>
    <w:p w14:paraId="03F2DF91" w14:textId="77777777" w:rsidR="008D4B2B" w:rsidRDefault="008D4B2B">
      <w:pPr>
        <w:spacing w:after="120"/>
      </w:pPr>
    </w:p>
    <w:p w14:paraId="17777B0B" w14:textId="199476D9" w:rsidR="008D4B2B" w:rsidRDefault="00000000" w:rsidP="006E2B18">
      <w:pPr>
        <w:spacing w:before="240" w:after="320"/>
        <w:jc w:val="center"/>
        <w:rPr>
          <w:b/>
          <w:color w:val="1F4E79"/>
          <w:sz w:val="28"/>
        </w:rPr>
      </w:pPr>
      <w:r>
        <w:rPr>
          <w:b/>
          <w:color w:val="1F4E79"/>
          <w:sz w:val="28"/>
        </w:rPr>
        <w:t xml:space="preserve">ANGAJAMENT </w:t>
      </w:r>
      <w:r w:rsidR="0056357B">
        <w:rPr>
          <w:b/>
          <w:color w:val="1F4E79"/>
          <w:sz w:val="28"/>
        </w:rPr>
        <w:t xml:space="preserve">de </w:t>
      </w:r>
      <w:proofErr w:type="spellStart"/>
      <w:r w:rsidR="0056357B">
        <w:rPr>
          <w:b/>
          <w:color w:val="1F4E79"/>
          <w:sz w:val="28"/>
        </w:rPr>
        <w:t>disponibilitate</w:t>
      </w:r>
      <w:proofErr w:type="spellEnd"/>
      <w:r>
        <w:rPr>
          <w:b/>
          <w:color w:val="1F4E79"/>
          <w:sz w:val="28"/>
        </w:rPr>
        <w:br/>
      </w:r>
      <w:proofErr w:type="spellStart"/>
      <w:r>
        <w:rPr>
          <w:b/>
          <w:color w:val="1F4E79"/>
          <w:sz w:val="28"/>
        </w:rPr>
        <w:t>față</w:t>
      </w:r>
      <w:proofErr w:type="spellEnd"/>
      <w:r>
        <w:rPr>
          <w:b/>
          <w:color w:val="1F4E79"/>
          <w:sz w:val="28"/>
        </w:rPr>
        <w:t xml:space="preserve"> de </w:t>
      </w:r>
      <w:proofErr w:type="spellStart"/>
      <w:r>
        <w:rPr>
          <w:b/>
          <w:color w:val="1F4E79"/>
          <w:sz w:val="28"/>
        </w:rPr>
        <w:t>activitățile</w:t>
      </w:r>
      <w:proofErr w:type="spellEnd"/>
      <w:r>
        <w:rPr>
          <w:b/>
          <w:color w:val="1F4E79"/>
          <w:sz w:val="28"/>
        </w:rPr>
        <w:t xml:space="preserve"> </w:t>
      </w:r>
      <w:proofErr w:type="spellStart"/>
      <w:r>
        <w:rPr>
          <w:b/>
          <w:color w:val="1F4E79"/>
          <w:sz w:val="28"/>
        </w:rPr>
        <w:t>proiectului</w:t>
      </w:r>
      <w:proofErr w:type="spellEnd"/>
    </w:p>
    <w:p w14:paraId="506DB36A" w14:textId="77777777" w:rsidR="006E2B18" w:rsidRDefault="006E2B18" w:rsidP="006E2B18">
      <w:pPr>
        <w:spacing w:before="240" w:after="320"/>
        <w:jc w:val="center"/>
      </w:pPr>
    </w:p>
    <w:p w14:paraId="5DB825C4" w14:textId="258635F6" w:rsidR="008D4B2B" w:rsidRDefault="00000000" w:rsidP="006E2B18">
      <w:pPr>
        <w:spacing w:after="240" w:line="312" w:lineRule="auto"/>
        <w:jc w:val="both"/>
      </w:pPr>
      <w:proofErr w:type="spellStart"/>
      <w:r>
        <w:t>Subsemnatul</w:t>
      </w:r>
      <w:proofErr w:type="spellEnd"/>
      <w:r>
        <w:t xml:space="preserve">(a) </w:t>
      </w:r>
      <w:r>
        <w:rPr>
          <w:color w:val="666666"/>
        </w:rPr>
        <w:t xml:space="preserve">___________________________________________, </w:t>
      </w:r>
      <w:r>
        <w:t xml:space="preserve">CNP </w:t>
      </w:r>
      <w:r>
        <w:rPr>
          <w:color w:val="666666"/>
        </w:rPr>
        <w:t xml:space="preserve">____________________________, </w:t>
      </w:r>
      <w:proofErr w:type="spellStart"/>
      <w:r>
        <w:t>domiciliat</w:t>
      </w:r>
      <w:proofErr w:type="spellEnd"/>
      <w:r>
        <w:t xml:space="preserve">(ă)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localitatea</w:t>
      </w:r>
      <w:proofErr w:type="spellEnd"/>
      <w:r>
        <w:t xml:space="preserve"> </w:t>
      </w:r>
      <w:r>
        <w:rPr>
          <w:color w:val="666666"/>
        </w:rPr>
        <w:t xml:space="preserve">__________________________, </w:t>
      </w:r>
      <w:r>
        <w:t xml:space="preserve">str. </w:t>
      </w:r>
      <w:r>
        <w:rPr>
          <w:color w:val="666666"/>
        </w:rPr>
        <w:t xml:space="preserve">___________________________________, </w:t>
      </w:r>
      <w:r>
        <w:t xml:space="preserve">nr. ____, bl. ____, ap. ____, tel. </w:t>
      </w:r>
      <w:r>
        <w:rPr>
          <w:color w:val="666666"/>
        </w:rPr>
        <w:t xml:space="preserve">____________________, </w:t>
      </w:r>
      <w:r>
        <w:t xml:space="preserve">e-mail </w:t>
      </w:r>
      <w:r>
        <w:rPr>
          <w:color w:val="666666"/>
        </w:rPr>
        <w:t xml:space="preserve">___________________________________, </w:t>
      </w:r>
      <w:r>
        <w:t>posesor/oare al/a CI seria ______ nr. _______________,</w:t>
      </w:r>
    </w:p>
    <w:p w14:paraId="7C8DC90F" w14:textId="7722DF7A" w:rsidR="008D4B2B" w:rsidRDefault="00000000" w:rsidP="006E2B18">
      <w:pPr>
        <w:spacing w:line="312" w:lineRule="auto"/>
        <w:jc w:val="both"/>
      </w:pPr>
      <w:r>
        <w:t xml:space="preserve">mă angajez prin prezenta ca, în cazul în care voi fi selectat(ă) ca titular(ă) în grupul țintă al </w:t>
      </w:r>
      <w:proofErr w:type="spellStart"/>
      <w:r w:rsidRPr="006E2B18">
        <w:rPr>
          <w:bCs/>
        </w:rPr>
        <w:t>Proiectului</w:t>
      </w:r>
      <w:proofErr w:type="spellEnd"/>
      <w:r>
        <w:rPr>
          <w:b/>
        </w:rPr>
        <w:t xml:space="preserve"> Erasmus+ 2026-1-RO01-KA121-ADU-000417046</w:t>
      </w:r>
      <w:r>
        <w:t xml:space="preserve">, </w:t>
      </w:r>
      <w:proofErr w:type="spellStart"/>
      <w:r>
        <w:t>să</w:t>
      </w:r>
      <w:proofErr w:type="spellEnd"/>
      <w:r>
        <w:t xml:space="preserve"> respect </w:t>
      </w:r>
      <w:proofErr w:type="spellStart"/>
      <w:r>
        <w:t>cerințele</w:t>
      </w:r>
      <w:proofErr w:type="spellEnd"/>
      <w:r>
        <w:t xml:space="preserve"> și calendarul programului, să particip la toate activitățile care îmi revin și să întocmesc toate documentele solicitate de echipa de implementare a proiectului.</w:t>
      </w:r>
    </w:p>
    <w:p w14:paraId="66674420" w14:textId="77777777" w:rsidR="008D4B2B" w:rsidRDefault="00000000" w:rsidP="006E2B18">
      <w:pPr>
        <w:spacing w:line="312" w:lineRule="auto"/>
        <w:jc w:val="both"/>
      </w:pPr>
      <w:r>
        <w:t>Declar pe propria răspundere că am fost informat(ă) despre obiectivele și activitățile proiectului menționat mai sus și mă angajez să respect cerințele programului.</w:t>
      </w:r>
    </w:p>
    <w:p w14:paraId="22AD6D3F" w14:textId="77777777" w:rsidR="008D4B2B" w:rsidRDefault="00000000" w:rsidP="006E2B18">
      <w:pPr>
        <w:spacing w:after="560" w:line="312" w:lineRule="auto"/>
        <w:jc w:val="both"/>
      </w:pPr>
      <w:r>
        <w:t>Am luat la cunoștință că nerespectarea prezentului angajament poate duce la eliminarea mea din cadrul grupului țintă al proiectului.</w:t>
      </w:r>
    </w:p>
    <w:p w14:paraId="7244D9C2" w14:textId="5AA688C6" w:rsidR="008D4B2B" w:rsidRDefault="00000000">
      <w:pPr>
        <w:spacing w:after="0"/>
      </w:pPr>
      <w:r>
        <w:rPr>
          <w:b/>
        </w:rPr>
        <w:t xml:space="preserve">Data: ______________________                         </w:t>
      </w:r>
      <w:r w:rsidR="006E2B18">
        <w:rPr>
          <w:b/>
        </w:rPr>
        <w:tab/>
      </w:r>
      <w:r w:rsidR="006E2B18">
        <w:rPr>
          <w:b/>
        </w:rPr>
        <w:tab/>
        <w:t xml:space="preserve">         </w:t>
      </w:r>
      <w:r>
        <w:rPr>
          <w:b/>
        </w:rPr>
        <w:t xml:space="preserve">           Semnătura: ___________________</w:t>
      </w:r>
    </w:p>
    <w:sectPr w:rsidR="008D4B2B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4722340">
    <w:abstractNumId w:val="8"/>
  </w:num>
  <w:num w:numId="2" w16cid:durableId="673414317">
    <w:abstractNumId w:val="6"/>
  </w:num>
  <w:num w:numId="3" w16cid:durableId="1090656567">
    <w:abstractNumId w:val="5"/>
  </w:num>
  <w:num w:numId="4" w16cid:durableId="174005675">
    <w:abstractNumId w:val="4"/>
  </w:num>
  <w:num w:numId="5" w16cid:durableId="202134052">
    <w:abstractNumId w:val="7"/>
  </w:num>
  <w:num w:numId="6" w16cid:durableId="556284567">
    <w:abstractNumId w:val="3"/>
  </w:num>
  <w:num w:numId="7" w16cid:durableId="1540122606">
    <w:abstractNumId w:val="2"/>
  </w:num>
  <w:num w:numId="8" w16cid:durableId="1675301785">
    <w:abstractNumId w:val="1"/>
  </w:num>
  <w:num w:numId="9" w16cid:durableId="8658642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6357B"/>
    <w:rsid w:val="006E2B18"/>
    <w:rsid w:val="00737F81"/>
    <w:rsid w:val="008D4B2B"/>
    <w:rsid w:val="00AA1D8D"/>
    <w:rsid w:val="00B47730"/>
    <w:rsid w:val="00BD355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328955D"/>
  <w14:defaultImageDpi w14:val="300"/>
  <w15:docId w15:val="{EAA7F851-28D9-F649-854F-B456A11B6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2222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4</cp:revision>
  <dcterms:created xsi:type="dcterms:W3CDTF">2013-12-23T23:15:00Z</dcterms:created>
  <dcterms:modified xsi:type="dcterms:W3CDTF">2026-08-25T08:57:00Z</dcterms:modified>
  <cp:category/>
</cp:coreProperties>
</file>