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CB135F" w14:paraId="7A675CE9" w14:textId="77777777">
        <w:trPr>
          <w:jc w:val="center"/>
        </w:trPr>
        <w:tc>
          <w:tcPr>
            <w:tcW w:w="9792" w:type="dxa"/>
            <w:tcBorders>
              <w:top w:val="single" w:sz="4" w:space="0" w:color="D0D7DE"/>
              <w:left w:val="single" w:sz="24" w:space="0" w:color="1F4E79"/>
              <w:bottom w:val="single" w:sz="4" w:space="0" w:color="D0D7DE"/>
              <w:right w:val="single" w:sz="4" w:space="0" w:color="D0D7DE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22D2B7A" w14:textId="2BD9353A" w:rsidR="00CB135F" w:rsidRDefault="00000000">
            <w:pPr>
              <w:spacing w:before="40" w:after="80"/>
            </w:pPr>
            <w:r>
              <w:rPr>
                <w:b/>
                <w:color w:val="1F4E79"/>
                <w:sz w:val="26"/>
              </w:rPr>
              <w:t>ANEXA 1</w:t>
            </w:r>
            <w:r w:rsidR="00380C97">
              <w:rPr>
                <w:b/>
                <w:color w:val="1F4E79"/>
                <w:sz w:val="26"/>
              </w:rPr>
              <w:t xml:space="preserve"> – Cerere de </w:t>
            </w:r>
            <w:proofErr w:type="spellStart"/>
            <w:r w:rsidR="00380C97">
              <w:rPr>
                <w:b/>
                <w:color w:val="1F4E79"/>
                <w:sz w:val="26"/>
              </w:rPr>
              <w:t>înscriere</w:t>
            </w:r>
            <w:proofErr w:type="spellEnd"/>
            <w:r>
              <w:rPr>
                <w:b/>
                <w:color w:val="1F4E79"/>
                <w:sz w:val="26"/>
              </w:rPr>
              <w:br/>
            </w:r>
          </w:p>
          <w:p w14:paraId="19E98957" w14:textId="77777777" w:rsidR="00CB135F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Proiect finanțat prin: </w:t>
            </w:r>
            <w:r>
              <w:rPr>
                <w:color w:val="444444"/>
                <w:sz w:val="19"/>
              </w:rPr>
              <w:t>Programul Erasmus+ al Uniunii Europene</w:t>
            </w:r>
          </w:p>
          <w:p w14:paraId="2F4693EB" w14:textId="77777777" w:rsidR="00CB135F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Acțiunea Cheie 1: </w:t>
            </w:r>
            <w:r>
              <w:rPr>
                <w:color w:val="444444"/>
                <w:sz w:val="19"/>
              </w:rPr>
              <w:t>Educația Adulților (ADU)</w:t>
            </w:r>
          </w:p>
          <w:p w14:paraId="41A56986" w14:textId="77777777" w:rsidR="00CB135F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Durata proiectului: </w:t>
            </w:r>
            <w:r>
              <w:rPr>
                <w:color w:val="444444"/>
                <w:sz w:val="19"/>
              </w:rPr>
              <w:t>15 luni (01.06.2026 – 31.08.2027)</w:t>
            </w:r>
          </w:p>
          <w:p w14:paraId="01CE1AA4" w14:textId="77777777" w:rsidR="00CB135F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Număr de referință proiect: </w:t>
            </w:r>
            <w:r>
              <w:rPr>
                <w:color w:val="444444"/>
                <w:sz w:val="19"/>
              </w:rPr>
              <w:t>Erasmus + 2026-1-RO01-KA121-ADU-000417046</w:t>
            </w:r>
          </w:p>
          <w:p w14:paraId="5AE0BAB3" w14:textId="77777777" w:rsidR="00CB135F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Beneficiar: </w:t>
            </w:r>
            <w:r>
              <w:rPr>
                <w:color w:val="444444"/>
                <w:sz w:val="19"/>
              </w:rPr>
              <w:t>MUZEUL ȚĂRII CRIȘURILOR ORADEA - COMPLEX MUZEAL</w:t>
            </w:r>
          </w:p>
        </w:tc>
      </w:tr>
    </w:tbl>
    <w:p w14:paraId="6A645F76" w14:textId="77777777" w:rsidR="00CB135F" w:rsidRDefault="00CB135F">
      <w:pPr>
        <w:spacing w:after="120"/>
      </w:pPr>
    </w:p>
    <w:p w14:paraId="27AF25A2" w14:textId="46DBCDC8" w:rsidR="00CB135F" w:rsidRDefault="00000000">
      <w:pPr>
        <w:spacing w:before="240" w:after="320"/>
        <w:jc w:val="center"/>
      </w:pPr>
      <w:r>
        <w:rPr>
          <w:b/>
          <w:color w:val="1F4E79"/>
          <w:sz w:val="28"/>
        </w:rPr>
        <w:t xml:space="preserve">CERERE </w:t>
      </w:r>
    </w:p>
    <w:p w14:paraId="054383AF" w14:textId="5BDE00E6" w:rsidR="00CB135F" w:rsidRDefault="00000000">
      <w:pPr>
        <w:spacing w:line="300" w:lineRule="auto"/>
      </w:pPr>
      <w:proofErr w:type="spellStart"/>
      <w:r>
        <w:t>Subsemnatul</w:t>
      </w:r>
      <w:proofErr w:type="spellEnd"/>
      <w:r>
        <w:t>(a) 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cu majuscule) </w:t>
      </w:r>
      <w:r>
        <w:rPr>
          <w:color w:val="666666"/>
        </w:rPr>
        <w:t xml:space="preserve">______________________________________________, </w:t>
      </w:r>
      <w:proofErr w:type="spellStart"/>
      <w:r>
        <w:t>vă</w:t>
      </w:r>
      <w:proofErr w:type="spellEnd"/>
      <w:r>
        <w:t xml:space="preserve"> rog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aprobați</w:t>
      </w:r>
      <w:proofErr w:type="spellEnd"/>
      <w:r>
        <w:t xml:space="preserve"> înscrierea la concursul de selecție din cadrul Proiectului Erasmus + </w:t>
      </w:r>
      <w:r>
        <w:rPr>
          <w:b/>
        </w:rPr>
        <w:t>2026-1-RO01-KA121-ADU-000417046</w:t>
      </w:r>
      <w:r>
        <w:t>.</w:t>
      </w:r>
    </w:p>
    <w:p w14:paraId="0A1F7D29" w14:textId="77777777" w:rsidR="00CB135F" w:rsidRDefault="00000000">
      <w:pPr>
        <w:spacing w:before="160" w:after="120"/>
      </w:pPr>
      <w:r>
        <w:rPr>
          <w:b/>
          <w:color w:val="1F4E79"/>
        </w:rPr>
        <w:t>DATE PERSONALE:</w:t>
      </w:r>
    </w:p>
    <w:p w14:paraId="7511444A" w14:textId="77777777" w:rsidR="00CB135F" w:rsidRDefault="00000000">
      <w:pPr>
        <w:spacing w:after="80"/>
        <w:ind w:left="288"/>
      </w:pPr>
      <w:r>
        <w:rPr>
          <w:b/>
        </w:rPr>
        <w:t xml:space="preserve">CNP: </w:t>
      </w:r>
      <w:r>
        <w:rPr>
          <w:color w:val="777777"/>
        </w:rPr>
        <w:t>__________________________________________________</w:t>
      </w:r>
    </w:p>
    <w:p w14:paraId="3275C624" w14:textId="77777777" w:rsidR="00CB135F" w:rsidRDefault="00000000">
      <w:pPr>
        <w:spacing w:after="80"/>
        <w:ind w:left="288"/>
      </w:pPr>
      <w:r>
        <w:rPr>
          <w:b/>
        </w:rPr>
        <w:t xml:space="preserve">Domiciliu: </w:t>
      </w:r>
      <w:r>
        <w:rPr>
          <w:color w:val="777777"/>
        </w:rPr>
        <w:t>__________________________________________________________________________________</w:t>
      </w:r>
    </w:p>
    <w:p w14:paraId="6B3F2546" w14:textId="77777777" w:rsidR="00CB135F" w:rsidRDefault="00000000">
      <w:pPr>
        <w:spacing w:after="80"/>
        <w:ind w:left="288"/>
      </w:pPr>
      <w:r>
        <w:rPr>
          <w:b/>
        </w:rPr>
        <w:t xml:space="preserve">Telefon: </w:t>
      </w:r>
      <w:r>
        <w:rPr>
          <w:color w:val="777777"/>
        </w:rPr>
        <w:t>_____________________________________</w:t>
      </w:r>
    </w:p>
    <w:p w14:paraId="7085D23B" w14:textId="77777777" w:rsidR="00CB135F" w:rsidRDefault="00000000">
      <w:pPr>
        <w:spacing w:after="80"/>
        <w:ind w:left="288"/>
      </w:pPr>
      <w:r>
        <w:rPr>
          <w:b/>
        </w:rPr>
        <w:t xml:space="preserve">E-mail: </w:t>
      </w:r>
      <w:r>
        <w:rPr>
          <w:color w:val="777777"/>
        </w:rPr>
        <w:t>__________________________________________________</w:t>
      </w:r>
    </w:p>
    <w:p w14:paraId="58DF1F89" w14:textId="77777777" w:rsidR="00CB135F" w:rsidRDefault="00000000">
      <w:pPr>
        <w:spacing w:before="160" w:after="60"/>
      </w:pPr>
      <w:r>
        <w:rPr>
          <w:b/>
          <w:color w:val="1F4E79"/>
        </w:rPr>
        <w:t>1. Nivelul de utilizare a limbii engleze:</w:t>
      </w:r>
    </w:p>
    <w:p w14:paraId="02C9BF96" w14:textId="77777777" w:rsidR="00CB135F" w:rsidRDefault="00000000">
      <w:pPr>
        <w:spacing w:after="60"/>
        <w:ind w:left="360"/>
      </w:pPr>
      <w:r>
        <w:rPr>
          <w:b/>
        </w:rPr>
        <w:t xml:space="preserve">- scris:   ☐  </w:t>
      </w:r>
      <w:r>
        <w:t xml:space="preserve">deloc    </w:t>
      </w:r>
      <w:r>
        <w:rPr>
          <w:b/>
        </w:rPr>
        <w:t xml:space="preserve">  ☐  </w:t>
      </w:r>
      <w:r>
        <w:t xml:space="preserve">acceptabil    </w:t>
      </w:r>
      <w:r>
        <w:rPr>
          <w:b/>
        </w:rPr>
        <w:t xml:space="preserve">  ☐  </w:t>
      </w:r>
      <w:r>
        <w:t xml:space="preserve">bine    </w:t>
      </w:r>
      <w:r>
        <w:rPr>
          <w:b/>
        </w:rPr>
        <w:t xml:space="preserve">  ☐  </w:t>
      </w:r>
      <w:r>
        <w:t xml:space="preserve">f. bine    </w:t>
      </w:r>
    </w:p>
    <w:p w14:paraId="10C797CA" w14:textId="77777777" w:rsidR="00CB135F" w:rsidRDefault="00000000">
      <w:pPr>
        <w:spacing w:after="60"/>
        <w:ind w:left="360"/>
      </w:pPr>
      <w:r>
        <w:rPr>
          <w:b/>
        </w:rPr>
        <w:t xml:space="preserve">- vorbit:   ☐  </w:t>
      </w:r>
      <w:r>
        <w:t xml:space="preserve">deloc    </w:t>
      </w:r>
      <w:r>
        <w:rPr>
          <w:b/>
        </w:rPr>
        <w:t xml:space="preserve">  ☐  </w:t>
      </w:r>
      <w:r>
        <w:t xml:space="preserve">acceptabil    </w:t>
      </w:r>
      <w:r>
        <w:rPr>
          <w:b/>
        </w:rPr>
        <w:t xml:space="preserve">  ☐  </w:t>
      </w:r>
      <w:r>
        <w:t xml:space="preserve">bine    </w:t>
      </w:r>
      <w:r>
        <w:rPr>
          <w:b/>
        </w:rPr>
        <w:t xml:space="preserve">  ☐  </w:t>
      </w:r>
      <w:r>
        <w:t xml:space="preserve">f. bine    </w:t>
      </w:r>
    </w:p>
    <w:p w14:paraId="5416E000" w14:textId="77777777" w:rsidR="00CB135F" w:rsidRDefault="00000000">
      <w:pPr>
        <w:spacing w:before="160" w:after="60"/>
      </w:pPr>
      <w:r>
        <w:rPr>
          <w:b/>
          <w:color w:val="1F4E79"/>
        </w:rPr>
        <w:t>2. Nivelul de utilizare a mijloacelor TIC:</w:t>
      </w:r>
    </w:p>
    <w:p w14:paraId="0C9C32A6" w14:textId="77777777" w:rsidR="00CB135F" w:rsidRDefault="00000000">
      <w:pPr>
        <w:spacing w:after="60"/>
        <w:ind w:left="360"/>
      </w:pPr>
      <w:r>
        <w:rPr>
          <w:b/>
        </w:rPr>
        <w:t xml:space="preserve">Am / dețin acces la un calculator personal:   ☐  </w:t>
      </w:r>
      <w:r>
        <w:t xml:space="preserve">da    </w:t>
      </w:r>
      <w:r>
        <w:rPr>
          <w:b/>
        </w:rPr>
        <w:t xml:space="preserve">  ☐  </w:t>
      </w:r>
      <w:r>
        <w:t xml:space="preserve">nu    </w:t>
      </w:r>
    </w:p>
    <w:p w14:paraId="5F4FCB31" w14:textId="77777777" w:rsidR="00CB135F" w:rsidRDefault="00000000">
      <w:pPr>
        <w:spacing w:before="160" w:after="60"/>
      </w:pPr>
      <w:r>
        <w:rPr>
          <w:b/>
          <w:color w:val="1F4E79"/>
        </w:rPr>
        <w:t>3. Sunt dispus să particip la activitățile, ședințele și workshop-urile organizate de muzeu în vederea activităților și obiectivelor proiectului:</w:t>
      </w:r>
    </w:p>
    <w:p w14:paraId="1332FC2F" w14:textId="77777777" w:rsidR="00CB135F" w:rsidRDefault="00000000">
      <w:pPr>
        <w:spacing w:after="60"/>
        <w:ind w:left="360"/>
      </w:pPr>
      <w:r>
        <w:rPr>
          <w:b/>
        </w:rPr>
        <w:t xml:space="preserve">  ☐  </w:t>
      </w:r>
      <w:r>
        <w:t xml:space="preserve">toate    </w:t>
      </w:r>
      <w:r>
        <w:rPr>
          <w:b/>
        </w:rPr>
        <w:t xml:space="preserve">  ☐  </w:t>
      </w:r>
      <w:r>
        <w:t xml:space="preserve">câteva    </w:t>
      </w:r>
      <w:r>
        <w:rPr>
          <w:b/>
        </w:rPr>
        <w:t xml:space="preserve">  ☐  </w:t>
      </w:r>
      <w:r>
        <w:t xml:space="preserve">doar la mobilități    </w:t>
      </w:r>
    </w:p>
    <w:p w14:paraId="26014156" w14:textId="77777777" w:rsidR="00CB135F" w:rsidRDefault="00000000">
      <w:pPr>
        <w:spacing w:before="160" w:after="60"/>
      </w:pPr>
      <w:r>
        <w:rPr>
          <w:b/>
          <w:color w:val="1F4E79"/>
        </w:rPr>
        <w:t>4. Voi participa la activitățile de diseminare a rezultatelor:</w:t>
      </w:r>
    </w:p>
    <w:p w14:paraId="193444CE" w14:textId="77777777" w:rsidR="00CB135F" w:rsidRDefault="00000000">
      <w:pPr>
        <w:spacing w:after="60"/>
        <w:ind w:left="360"/>
      </w:pPr>
      <w:r>
        <w:rPr>
          <w:b/>
        </w:rPr>
        <w:t xml:space="preserve">  ☐  </w:t>
      </w:r>
      <w:r>
        <w:t xml:space="preserve">da    </w:t>
      </w:r>
      <w:r>
        <w:rPr>
          <w:b/>
        </w:rPr>
        <w:t xml:space="preserve">  ☐  </w:t>
      </w:r>
      <w:r>
        <w:t xml:space="preserve">nu    </w:t>
      </w:r>
    </w:p>
    <w:p w14:paraId="0EFE4F6B" w14:textId="0CEADA76" w:rsidR="00CB135F" w:rsidRDefault="00000000" w:rsidP="00380C97">
      <w:pPr>
        <w:spacing w:before="160" w:after="60"/>
      </w:pPr>
      <w:r>
        <w:rPr>
          <w:b/>
          <w:color w:val="1F4E79"/>
        </w:rPr>
        <w:t xml:space="preserve">5. Am </w:t>
      </w:r>
      <w:proofErr w:type="spellStart"/>
      <w:r>
        <w:rPr>
          <w:b/>
          <w:color w:val="1F4E79"/>
        </w:rPr>
        <w:t>cont</w:t>
      </w:r>
      <w:proofErr w:type="spellEnd"/>
      <w:r>
        <w:rPr>
          <w:b/>
          <w:color w:val="1F4E79"/>
        </w:rPr>
        <w:t xml:space="preserve"> </w:t>
      </w:r>
      <w:proofErr w:type="spellStart"/>
      <w:r>
        <w:rPr>
          <w:b/>
          <w:color w:val="1F4E79"/>
        </w:rPr>
        <w:t>deschis</w:t>
      </w:r>
      <w:proofErr w:type="spellEnd"/>
      <w:r>
        <w:rPr>
          <w:b/>
          <w:color w:val="1F4E79"/>
        </w:rPr>
        <w:t xml:space="preserve"> la </w:t>
      </w:r>
      <w:proofErr w:type="gramStart"/>
      <w:r>
        <w:rPr>
          <w:b/>
          <w:color w:val="1F4E79"/>
        </w:rPr>
        <w:t>banca:</w:t>
      </w:r>
      <w:r w:rsidR="00380C97">
        <w:t>_</w:t>
      </w:r>
      <w:proofErr w:type="gramEnd"/>
      <w:r w:rsidR="00380C97">
        <w:t>__</w:t>
      </w:r>
      <w:r>
        <w:rPr>
          <w:color w:val="777777"/>
        </w:rPr>
        <w:t>_________________________________________</w:t>
      </w:r>
    </w:p>
    <w:p w14:paraId="4D396C6D" w14:textId="77777777" w:rsidR="00CB135F" w:rsidRDefault="00000000">
      <w:pPr>
        <w:spacing w:before="160" w:after="60"/>
      </w:pPr>
      <w:r>
        <w:rPr>
          <w:b/>
          <w:color w:val="1F4E79"/>
        </w:rPr>
        <w:t>6. Criterii de selecție:</w:t>
      </w:r>
    </w:p>
    <w:p w14:paraId="2F01600D" w14:textId="77777777" w:rsidR="00CB135F" w:rsidRDefault="00000000">
      <w:pPr>
        <w:spacing w:after="60"/>
        <w:ind w:left="360"/>
      </w:pPr>
      <w:r>
        <w:rPr>
          <w:b/>
        </w:rPr>
        <w:t xml:space="preserve">  ☐  </w:t>
      </w:r>
      <w:r>
        <w:t xml:space="preserve">Am luat la cunoștință criteriile de selecție    </w:t>
      </w:r>
    </w:p>
    <w:p w14:paraId="62CE8D04" w14:textId="6CD0496C" w:rsidR="00CB135F" w:rsidRDefault="00000000">
      <w:pPr>
        <w:spacing w:before="160" w:after="60"/>
      </w:pPr>
      <w:r>
        <w:rPr>
          <w:b/>
          <w:color w:val="1F4E79"/>
        </w:rPr>
        <w:t xml:space="preserve">7. </w:t>
      </w:r>
      <w:proofErr w:type="spellStart"/>
      <w:r w:rsidR="003D65C0">
        <w:rPr>
          <w:b/>
          <w:color w:val="1F4E79"/>
        </w:rPr>
        <w:t>Candidați</w:t>
      </w:r>
      <w:proofErr w:type="spellEnd"/>
      <w:r w:rsidR="003D65C0">
        <w:rPr>
          <w:b/>
          <w:color w:val="1F4E79"/>
        </w:rPr>
        <w:t xml:space="preserve"> cu </w:t>
      </w:r>
      <w:proofErr w:type="spellStart"/>
      <w:r w:rsidR="003D65C0">
        <w:rPr>
          <w:b/>
          <w:color w:val="1F4E79"/>
        </w:rPr>
        <w:t>oportunități</w:t>
      </w:r>
      <w:proofErr w:type="spellEnd"/>
      <w:r w:rsidR="003D65C0">
        <w:rPr>
          <w:b/>
          <w:color w:val="1F4E79"/>
        </w:rPr>
        <w:t xml:space="preserve"> </w:t>
      </w:r>
      <w:proofErr w:type="spellStart"/>
      <w:r w:rsidR="003D65C0">
        <w:rPr>
          <w:b/>
          <w:color w:val="1F4E79"/>
        </w:rPr>
        <w:t>reduse</w:t>
      </w:r>
      <w:proofErr w:type="spellEnd"/>
      <w:r w:rsidR="003D65C0">
        <w:rPr>
          <w:b/>
          <w:color w:val="1F4E79"/>
        </w:rPr>
        <w:t xml:space="preserve"> (</w:t>
      </w:r>
      <w:proofErr w:type="spellStart"/>
      <w:r w:rsidR="003D65C0">
        <w:rPr>
          <w:b/>
          <w:color w:val="1F4E79"/>
        </w:rPr>
        <w:t>grup</w:t>
      </w:r>
      <w:proofErr w:type="spellEnd"/>
      <w:r w:rsidR="003D65C0">
        <w:rPr>
          <w:b/>
          <w:color w:val="1F4E79"/>
        </w:rPr>
        <w:t xml:space="preserve"> </w:t>
      </w:r>
      <w:proofErr w:type="spellStart"/>
      <w:r w:rsidR="003D65C0">
        <w:rPr>
          <w:b/>
          <w:color w:val="1F4E79"/>
        </w:rPr>
        <w:t>țintă</w:t>
      </w:r>
      <w:proofErr w:type="spellEnd"/>
      <w:r w:rsidR="003D65C0">
        <w:rPr>
          <w:b/>
          <w:color w:val="1F4E79"/>
        </w:rPr>
        <w:t xml:space="preserve"> </w:t>
      </w:r>
      <w:proofErr w:type="spellStart"/>
      <w:r w:rsidR="003D65C0">
        <w:rPr>
          <w:b/>
          <w:color w:val="1F4E79"/>
        </w:rPr>
        <w:t>menționat</w:t>
      </w:r>
      <w:proofErr w:type="spellEnd"/>
      <w:r w:rsidR="003D65C0">
        <w:rPr>
          <w:b/>
          <w:color w:val="1F4E79"/>
        </w:rPr>
        <w:t xml:space="preserve"> </w:t>
      </w:r>
      <w:proofErr w:type="spellStart"/>
      <w:r w:rsidR="003D65C0">
        <w:rPr>
          <w:b/>
          <w:color w:val="1F4E79"/>
        </w:rPr>
        <w:t>în</w:t>
      </w:r>
      <w:proofErr w:type="spellEnd"/>
      <w:r w:rsidR="003D65C0">
        <w:rPr>
          <w:b/>
          <w:color w:val="1F4E79"/>
        </w:rPr>
        <w:t xml:space="preserve"> </w:t>
      </w:r>
      <w:proofErr w:type="spellStart"/>
      <w:r w:rsidR="003D65C0">
        <w:rPr>
          <w:b/>
          <w:color w:val="1F4E79"/>
        </w:rPr>
        <w:t>proiect</w:t>
      </w:r>
      <w:proofErr w:type="spellEnd"/>
      <w:r w:rsidR="003D65C0">
        <w:rPr>
          <w:b/>
          <w:color w:val="1F4E79"/>
        </w:rPr>
        <w:t>)</w:t>
      </w:r>
      <w:r>
        <w:rPr>
          <w:b/>
          <w:color w:val="1F4E79"/>
        </w:rPr>
        <w:t>:</w:t>
      </w:r>
    </w:p>
    <w:p w14:paraId="2904B86F" w14:textId="77777777" w:rsidR="00CB135F" w:rsidRDefault="00000000">
      <w:pPr>
        <w:spacing w:after="60"/>
        <w:ind w:left="360"/>
      </w:pPr>
      <w:r>
        <w:rPr>
          <w:b/>
        </w:rPr>
        <w:lastRenderedPageBreak/>
        <w:t xml:space="preserve">Faceți parte dintr-o familie monoparentală?   </w:t>
      </w:r>
      <w:proofErr w:type="gramStart"/>
      <w:r>
        <w:rPr>
          <w:b/>
        </w:rPr>
        <w:t xml:space="preserve">☐  </w:t>
      </w:r>
      <w:r>
        <w:t>da</w:t>
      </w:r>
      <w:proofErr w:type="gramEnd"/>
      <w:r>
        <w:t xml:space="preserve">    </w:t>
      </w:r>
      <w:r>
        <w:rPr>
          <w:b/>
        </w:rPr>
        <w:t xml:space="preserve">  </w:t>
      </w:r>
      <w:proofErr w:type="gramStart"/>
      <w:r>
        <w:rPr>
          <w:b/>
        </w:rPr>
        <w:t xml:space="preserve">☐  </w:t>
      </w:r>
      <w:r>
        <w:t>nu</w:t>
      </w:r>
      <w:proofErr w:type="gramEnd"/>
      <w:r>
        <w:t xml:space="preserve">    </w:t>
      </w:r>
    </w:p>
    <w:p w14:paraId="55402D7A" w14:textId="3FEE90F9" w:rsidR="003D65C0" w:rsidRDefault="003D65C0" w:rsidP="003D65C0">
      <w:pPr>
        <w:spacing w:after="60"/>
        <w:ind w:left="360"/>
      </w:pPr>
      <w:proofErr w:type="spellStart"/>
      <w:r>
        <w:rPr>
          <w:b/>
        </w:rPr>
        <w:t>Faceți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dintr</w:t>
      </w:r>
      <w:proofErr w:type="spellEnd"/>
      <w:r>
        <w:rPr>
          <w:b/>
        </w:rPr>
        <w:t xml:space="preserve">-o </w:t>
      </w:r>
      <w:proofErr w:type="spellStart"/>
      <w:r>
        <w:rPr>
          <w:b/>
        </w:rPr>
        <w:t>comunitate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entică</w:t>
      </w:r>
      <w:proofErr w:type="spellEnd"/>
      <w:r>
        <w:rPr>
          <w:b/>
        </w:rPr>
        <w:t xml:space="preserve">?  </w:t>
      </w:r>
      <w:proofErr w:type="gramStart"/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 </w:t>
      </w:r>
      <w:r>
        <w:t>da</w:t>
      </w:r>
      <w:proofErr w:type="gramEnd"/>
      <w:r>
        <w:t xml:space="preserve">    </w:t>
      </w:r>
      <w:r>
        <w:rPr>
          <w:b/>
        </w:rPr>
        <w:t xml:space="preserve">  </w:t>
      </w:r>
      <w:proofErr w:type="gramStart"/>
      <w:r>
        <w:rPr>
          <w:rFonts w:ascii="Segoe UI Symbol" w:hAnsi="Segoe UI Symbol" w:cs="Segoe UI Symbol"/>
          <w:b/>
        </w:rPr>
        <w:t>☐</w:t>
      </w:r>
      <w:r>
        <w:rPr>
          <w:b/>
        </w:rPr>
        <w:t xml:space="preserve">  </w:t>
      </w:r>
      <w:r>
        <w:t>nu</w:t>
      </w:r>
      <w:proofErr w:type="gramEnd"/>
      <w:r>
        <w:t xml:space="preserve">    </w:t>
      </w:r>
    </w:p>
    <w:p w14:paraId="000D38BE" w14:textId="1A1D952A" w:rsidR="003D65C0" w:rsidRDefault="003D65C0">
      <w:pPr>
        <w:spacing w:after="60"/>
        <w:ind w:left="360"/>
      </w:pPr>
    </w:p>
    <w:p w14:paraId="352435F8" w14:textId="77777777" w:rsidR="00CB135F" w:rsidRDefault="00000000">
      <w:pPr>
        <w:spacing w:before="160" w:after="60"/>
      </w:pPr>
      <w:r>
        <w:rPr>
          <w:b/>
          <w:color w:val="1F4E79"/>
        </w:rPr>
        <w:t>8. Angajament financiar privind renunțarea:</w:t>
      </w:r>
    </w:p>
    <w:p w14:paraId="4937350C" w14:textId="77777777" w:rsidR="00CB135F" w:rsidRDefault="00000000">
      <w:pPr>
        <w:spacing w:after="60"/>
        <w:ind w:left="360"/>
      </w:pPr>
      <w:r>
        <w:rPr>
          <w:b/>
        </w:rPr>
        <w:t xml:space="preserve">Dacă voi renunța la mobilitate din motive subiective, sunt de acord să suport integral cheltuielile efectuate cu participarea mea în cadrul proiectului:   </w:t>
      </w:r>
      <w:proofErr w:type="gramStart"/>
      <w:r>
        <w:rPr>
          <w:b/>
        </w:rPr>
        <w:t xml:space="preserve">☐  </w:t>
      </w:r>
      <w:r>
        <w:t>Da</w:t>
      </w:r>
      <w:proofErr w:type="gramEnd"/>
      <w:r>
        <w:t xml:space="preserve">    </w:t>
      </w:r>
      <w:r>
        <w:rPr>
          <w:b/>
        </w:rPr>
        <w:t xml:space="preserve">  </w:t>
      </w:r>
      <w:proofErr w:type="gramStart"/>
      <w:r>
        <w:rPr>
          <w:b/>
        </w:rPr>
        <w:t xml:space="preserve">☐  </w:t>
      </w:r>
      <w:r>
        <w:t>Nu</w:t>
      </w:r>
      <w:proofErr w:type="gramEnd"/>
      <w:r>
        <w:t xml:space="preserve">    </w:t>
      </w:r>
    </w:p>
    <w:p w14:paraId="243D8EB2" w14:textId="77777777" w:rsidR="00380C97" w:rsidRDefault="00380C97">
      <w:pPr>
        <w:spacing w:after="60"/>
        <w:ind w:left="360"/>
      </w:pPr>
    </w:p>
    <w:p w14:paraId="2BB5F320" w14:textId="77777777" w:rsidR="00380C97" w:rsidRDefault="00380C97">
      <w:pPr>
        <w:spacing w:after="60"/>
        <w:ind w:left="360"/>
      </w:pPr>
    </w:p>
    <w:p w14:paraId="65FAF1E9" w14:textId="43213803" w:rsidR="00CB135F" w:rsidRDefault="00000000">
      <w:pPr>
        <w:spacing w:before="400" w:after="0"/>
      </w:pPr>
      <w:r>
        <w:rPr>
          <w:b/>
        </w:rPr>
        <w:t xml:space="preserve">Data: ______________________                  </w:t>
      </w:r>
      <w:r w:rsidR="00380C97">
        <w:rPr>
          <w:b/>
        </w:rPr>
        <w:tab/>
      </w:r>
      <w:r w:rsidR="00380C97">
        <w:rPr>
          <w:b/>
        </w:rPr>
        <w:tab/>
        <w:t xml:space="preserve">  </w:t>
      </w:r>
      <w:r>
        <w:rPr>
          <w:b/>
        </w:rPr>
        <w:t xml:space="preserve">                  Semnătura: ___________________</w:t>
      </w:r>
    </w:p>
    <w:sectPr w:rsidR="00CB135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81412">
    <w:abstractNumId w:val="8"/>
  </w:num>
  <w:num w:numId="2" w16cid:durableId="1308782889">
    <w:abstractNumId w:val="6"/>
  </w:num>
  <w:num w:numId="3" w16cid:durableId="759256105">
    <w:abstractNumId w:val="5"/>
  </w:num>
  <w:num w:numId="4" w16cid:durableId="1021470466">
    <w:abstractNumId w:val="4"/>
  </w:num>
  <w:num w:numId="5" w16cid:durableId="2099477799">
    <w:abstractNumId w:val="7"/>
  </w:num>
  <w:num w:numId="6" w16cid:durableId="9263468">
    <w:abstractNumId w:val="3"/>
  </w:num>
  <w:num w:numId="7" w16cid:durableId="1325278904">
    <w:abstractNumId w:val="2"/>
  </w:num>
  <w:num w:numId="8" w16cid:durableId="11348944">
    <w:abstractNumId w:val="1"/>
  </w:num>
  <w:num w:numId="9" w16cid:durableId="13387335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0C97"/>
    <w:rsid w:val="003D65C0"/>
    <w:rsid w:val="00744779"/>
    <w:rsid w:val="00AA1D8D"/>
    <w:rsid w:val="00B47730"/>
    <w:rsid w:val="00BD3558"/>
    <w:rsid w:val="00CB0664"/>
    <w:rsid w:val="00CB13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E8E21A"/>
  <w14:defaultImageDpi w14:val="300"/>
  <w15:docId w15:val="{EAA7F851-28D9-F649-854F-B456A11B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2026-10-16T08:28:00Z</dcterms:modified>
  <cp:category/>
</cp:coreProperties>
</file>