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B62917" w14:paraId="6489D33D" w14:textId="77777777">
        <w:trPr>
          <w:jc w:val="center"/>
        </w:trPr>
        <w:tc>
          <w:tcPr>
            <w:tcW w:w="9792" w:type="dxa"/>
            <w:tcBorders>
              <w:top w:val="single" w:sz="4" w:space="0" w:color="D0D7DE"/>
              <w:left w:val="single" w:sz="24" w:space="0" w:color="1F4E79"/>
              <w:bottom w:val="single" w:sz="4" w:space="0" w:color="D0D7DE"/>
              <w:right w:val="single" w:sz="4" w:space="0" w:color="D0D7DE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F1D7680" w14:textId="33AB0036" w:rsidR="00B62917" w:rsidRDefault="00000000">
            <w:pPr>
              <w:spacing w:before="40" w:after="80"/>
            </w:pPr>
            <w:r>
              <w:rPr>
                <w:b/>
                <w:color w:val="1F4E79"/>
                <w:sz w:val="26"/>
              </w:rPr>
              <w:t>ANEXA 2</w:t>
            </w:r>
            <w:r w:rsidR="00A84ED4">
              <w:rPr>
                <w:b/>
                <w:color w:val="1F4E79"/>
                <w:sz w:val="26"/>
              </w:rPr>
              <w:t xml:space="preserve"> - </w:t>
            </w:r>
            <w:proofErr w:type="spellStart"/>
            <w:r w:rsidR="00A84ED4">
              <w:rPr>
                <w:b/>
                <w:color w:val="1F4E79"/>
                <w:sz w:val="26"/>
              </w:rPr>
              <w:t>Declarație</w:t>
            </w:r>
            <w:proofErr w:type="spellEnd"/>
            <w:r w:rsidR="00A84ED4">
              <w:rPr>
                <w:b/>
                <w:color w:val="1F4E79"/>
                <w:sz w:val="26"/>
              </w:rPr>
              <w:t xml:space="preserve"> </w:t>
            </w:r>
            <w:proofErr w:type="spellStart"/>
            <w:r w:rsidR="00A84ED4">
              <w:rPr>
                <w:b/>
                <w:color w:val="1F4E79"/>
                <w:sz w:val="26"/>
              </w:rPr>
              <w:t>privind</w:t>
            </w:r>
            <w:proofErr w:type="spellEnd"/>
            <w:r w:rsidR="00A84ED4">
              <w:rPr>
                <w:b/>
                <w:color w:val="1F4E79"/>
                <w:sz w:val="26"/>
              </w:rPr>
              <w:t xml:space="preserve"> </w:t>
            </w:r>
            <w:proofErr w:type="spellStart"/>
            <w:r w:rsidR="00A84ED4">
              <w:rPr>
                <w:b/>
                <w:color w:val="1F4E79"/>
                <w:sz w:val="26"/>
              </w:rPr>
              <w:t>prelucrarea</w:t>
            </w:r>
            <w:proofErr w:type="spellEnd"/>
            <w:r w:rsidR="00A84ED4">
              <w:rPr>
                <w:b/>
                <w:color w:val="1F4E79"/>
                <w:sz w:val="26"/>
              </w:rPr>
              <w:t xml:space="preserve"> </w:t>
            </w:r>
            <w:proofErr w:type="spellStart"/>
            <w:r w:rsidR="00A84ED4">
              <w:rPr>
                <w:b/>
                <w:color w:val="1F4E79"/>
                <w:sz w:val="26"/>
              </w:rPr>
              <w:t>datelor</w:t>
            </w:r>
            <w:proofErr w:type="spellEnd"/>
            <w:r w:rsidR="00A84ED4">
              <w:rPr>
                <w:b/>
                <w:color w:val="1F4E79"/>
                <w:sz w:val="26"/>
              </w:rPr>
              <w:t xml:space="preserve"> cu </w:t>
            </w:r>
            <w:proofErr w:type="spellStart"/>
            <w:r w:rsidR="00A84ED4">
              <w:rPr>
                <w:b/>
                <w:color w:val="1F4E79"/>
                <w:sz w:val="26"/>
              </w:rPr>
              <w:t>caracter</w:t>
            </w:r>
            <w:proofErr w:type="spellEnd"/>
            <w:r w:rsidR="00A84ED4">
              <w:rPr>
                <w:b/>
                <w:color w:val="1F4E79"/>
                <w:sz w:val="26"/>
              </w:rPr>
              <w:t xml:space="preserve"> personal</w:t>
            </w:r>
            <w:r>
              <w:rPr>
                <w:b/>
                <w:color w:val="1F4E79"/>
                <w:sz w:val="26"/>
              </w:rPr>
              <w:br/>
            </w:r>
          </w:p>
          <w:p w14:paraId="58580DD3" w14:textId="77777777" w:rsidR="00B62917" w:rsidRDefault="00000000">
            <w:pPr>
              <w:spacing w:after="40"/>
            </w:pPr>
            <w:r>
              <w:rPr>
                <w:b/>
                <w:color w:val="333333"/>
                <w:sz w:val="19"/>
              </w:rPr>
              <w:t xml:space="preserve">Proiect finanțat prin: </w:t>
            </w:r>
            <w:r>
              <w:rPr>
                <w:color w:val="444444"/>
                <w:sz w:val="19"/>
              </w:rPr>
              <w:t>Programul Erasmus+ al Uniunii Europene</w:t>
            </w:r>
          </w:p>
          <w:p w14:paraId="4517451F" w14:textId="77777777" w:rsidR="00B62917" w:rsidRDefault="00000000">
            <w:pPr>
              <w:spacing w:after="40"/>
            </w:pPr>
            <w:r>
              <w:rPr>
                <w:b/>
                <w:color w:val="333333"/>
                <w:sz w:val="19"/>
              </w:rPr>
              <w:t xml:space="preserve">Acțiunea Cheie 1: </w:t>
            </w:r>
            <w:r>
              <w:rPr>
                <w:color w:val="444444"/>
                <w:sz w:val="19"/>
              </w:rPr>
              <w:t>Educația Adulților (ADU)</w:t>
            </w:r>
          </w:p>
          <w:p w14:paraId="28C39E90" w14:textId="77777777" w:rsidR="00B62917" w:rsidRDefault="00000000">
            <w:pPr>
              <w:spacing w:after="40"/>
            </w:pPr>
            <w:r>
              <w:rPr>
                <w:b/>
                <w:color w:val="333333"/>
                <w:sz w:val="19"/>
              </w:rPr>
              <w:t xml:space="preserve">Durata proiectului: </w:t>
            </w:r>
            <w:r>
              <w:rPr>
                <w:color w:val="444444"/>
                <w:sz w:val="19"/>
              </w:rPr>
              <w:t>15 luni (01.06.2026 – 31.08.2027)</w:t>
            </w:r>
          </w:p>
          <w:p w14:paraId="73A6CE28" w14:textId="77777777" w:rsidR="00B62917" w:rsidRDefault="00000000">
            <w:pPr>
              <w:spacing w:after="40"/>
            </w:pPr>
            <w:r>
              <w:rPr>
                <w:b/>
                <w:color w:val="333333"/>
                <w:sz w:val="19"/>
              </w:rPr>
              <w:t xml:space="preserve">Număr de referință proiect: </w:t>
            </w:r>
            <w:r>
              <w:rPr>
                <w:color w:val="444444"/>
                <w:sz w:val="19"/>
              </w:rPr>
              <w:t>Erasmus + 2026-1-RO01-KA121-ADU-000417046</w:t>
            </w:r>
          </w:p>
          <w:p w14:paraId="613FB82F" w14:textId="77777777" w:rsidR="00B62917" w:rsidRDefault="00000000">
            <w:pPr>
              <w:spacing w:after="40"/>
            </w:pPr>
            <w:r>
              <w:rPr>
                <w:b/>
                <w:color w:val="333333"/>
                <w:sz w:val="19"/>
              </w:rPr>
              <w:t xml:space="preserve">Beneficiar: </w:t>
            </w:r>
            <w:r>
              <w:rPr>
                <w:color w:val="444444"/>
                <w:sz w:val="19"/>
              </w:rPr>
              <w:t>MUZEUL ȚĂRII CRIȘURILOR ORADEA - COMPLEX MUZEAL</w:t>
            </w:r>
          </w:p>
        </w:tc>
      </w:tr>
    </w:tbl>
    <w:p w14:paraId="1679C825" w14:textId="77777777" w:rsidR="00B62917" w:rsidRDefault="00B62917">
      <w:pPr>
        <w:spacing w:after="120"/>
      </w:pPr>
    </w:p>
    <w:p w14:paraId="6CCD0D9E" w14:textId="77777777" w:rsidR="00A84ED4" w:rsidRDefault="00A84ED4" w:rsidP="00A84ED4">
      <w:pPr>
        <w:spacing w:before="240" w:after="320"/>
        <w:jc w:val="center"/>
        <w:rPr>
          <w:b/>
          <w:color w:val="1F4E79"/>
          <w:sz w:val="28"/>
        </w:rPr>
      </w:pPr>
      <w:r>
        <w:rPr>
          <w:b/>
          <w:color w:val="1F4E79"/>
          <w:sz w:val="28"/>
        </w:rPr>
        <w:t>DECLARAȚIE PRELUCRARE DATE PERSONALE</w:t>
      </w:r>
    </w:p>
    <w:p w14:paraId="3A8FB5CB" w14:textId="77777777" w:rsidR="00A84ED4" w:rsidRDefault="00A84ED4">
      <w:pPr>
        <w:spacing w:after="240" w:line="312" w:lineRule="auto"/>
      </w:pPr>
    </w:p>
    <w:p w14:paraId="6C281898" w14:textId="4454467C" w:rsidR="00B62917" w:rsidRDefault="00000000" w:rsidP="00A84ED4">
      <w:pPr>
        <w:spacing w:after="240" w:line="312" w:lineRule="auto"/>
        <w:jc w:val="both"/>
      </w:pPr>
      <w:proofErr w:type="spellStart"/>
      <w:r>
        <w:t>Subsemnatul</w:t>
      </w:r>
      <w:proofErr w:type="spellEnd"/>
      <w:r>
        <w:t>/a (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prenume</w:t>
      </w:r>
      <w:proofErr w:type="spellEnd"/>
      <w:r>
        <w:t xml:space="preserve">) </w:t>
      </w:r>
      <w:r>
        <w:rPr>
          <w:color w:val="666666"/>
        </w:rPr>
        <w:t xml:space="preserve">______________________________________________________, </w:t>
      </w:r>
      <w:proofErr w:type="spellStart"/>
      <w:r>
        <w:t>domiciliat</w:t>
      </w:r>
      <w:proofErr w:type="spellEnd"/>
      <w:r>
        <w:t xml:space="preserve">(ă) în localitatea </w:t>
      </w:r>
      <w:r>
        <w:rPr>
          <w:color w:val="666666"/>
        </w:rPr>
        <w:t xml:space="preserve">__________________________, </w:t>
      </w:r>
      <w:r>
        <w:t xml:space="preserve">județul </w:t>
      </w:r>
      <w:r>
        <w:rPr>
          <w:color w:val="666666"/>
        </w:rPr>
        <w:t xml:space="preserve">____________________, </w:t>
      </w:r>
      <w:r>
        <w:t xml:space="preserve">strada </w:t>
      </w:r>
      <w:r>
        <w:rPr>
          <w:color w:val="666666"/>
        </w:rPr>
        <w:t xml:space="preserve">___________________________________, </w:t>
      </w:r>
      <w:r>
        <w:t xml:space="preserve">posesor al CI seria ______ numărul _______________, eliberată de </w:t>
      </w:r>
      <w:r>
        <w:rPr>
          <w:color w:val="666666"/>
        </w:rPr>
        <w:t xml:space="preserve">___________________________ </w:t>
      </w:r>
      <w:r>
        <w:t xml:space="preserve">la data de ______________, CNP </w:t>
      </w:r>
      <w:r>
        <w:rPr>
          <w:color w:val="666666"/>
        </w:rPr>
        <w:t xml:space="preserve">____________________________, </w:t>
      </w:r>
      <w:r>
        <w:t xml:space="preserve">în calitate de membru al grupului țintă, îmi exprim acordul cu privire la utilizarea și prelucrarea datelor mele cu caracter personal, conform prevederilor </w:t>
      </w:r>
      <w:r>
        <w:rPr>
          <w:b/>
        </w:rPr>
        <w:t>Regulamentului (UE) 2016/679 (GDPR)</w:t>
      </w:r>
      <w:r>
        <w:t xml:space="preserve"> și ale legislației naționale aplicabile,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r w:rsidRPr="00A84ED4">
        <w:rPr>
          <w:b/>
          <w:bCs/>
        </w:rPr>
        <w:t>Erasmus+</w:t>
      </w:r>
      <w:r>
        <w:t xml:space="preserve"> </w:t>
      </w:r>
      <w:r>
        <w:rPr>
          <w:b/>
        </w:rPr>
        <w:t>2026-1-RO01-KA121-ADU-000417046</w:t>
      </w:r>
      <w:r>
        <w:t xml:space="preserve">, </w:t>
      </w:r>
      <w:proofErr w:type="spellStart"/>
      <w:r>
        <w:t>implementat</w:t>
      </w:r>
      <w:proofErr w:type="spellEnd"/>
      <w:r>
        <w:t xml:space="preserve"> de </w:t>
      </w:r>
      <w:r>
        <w:rPr>
          <w:b/>
        </w:rPr>
        <w:t>MUZEUL ȚĂRII CRIȘURILOR ORADEA - COMPLEX MUZEAL</w:t>
      </w:r>
      <w:r>
        <w:t>.</w:t>
      </w:r>
    </w:p>
    <w:p w14:paraId="594463B2" w14:textId="77777777" w:rsidR="00B62917" w:rsidRDefault="00000000" w:rsidP="00A84ED4">
      <w:pPr>
        <w:spacing w:after="480" w:line="312" w:lineRule="auto"/>
        <w:jc w:val="both"/>
      </w:pPr>
      <w:r>
        <w:t>De asemenea, îmi exprim acordul cu privire la posibilitatea utilizării tuturor fotografiilor și materialelor audio-video realizate în cadrul proiectului în care figurez eu, în scopul desfășurării activităților de diseminare, realizării de produse finale, articole de presă, postări pe site-ul/paginile proiectului, albume de proiect și alte activități aferente acestuia.</w:t>
      </w:r>
    </w:p>
    <w:p w14:paraId="2FB193D5" w14:textId="78D0927B" w:rsidR="00B62917" w:rsidRDefault="00000000">
      <w:pPr>
        <w:spacing w:after="520"/>
        <w:rPr>
          <w:b/>
        </w:rPr>
      </w:pPr>
      <w:r>
        <w:rPr>
          <w:b/>
        </w:rPr>
        <w:t xml:space="preserve">Data: ______________________                   </w:t>
      </w:r>
      <w:r w:rsidR="00A84ED4">
        <w:rPr>
          <w:b/>
        </w:rPr>
        <w:tab/>
      </w:r>
      <w:r w:rsidR="00A84ED4">
        <w:rPr>
          <w:b/>
        </w:rPr>
        <w:tab/>
        <w:t xml:space="preserve">                </w:t>
      </w:r>
      <w:r>
        <w:rPr>
          <w:b/>
        </w:rPr>
        <w:t xml:space="preserve">                 </w:t>
      </w:r>
      <w:proofErr w:type="spellStart"/>
      <w:r>
        <w:rPr>
          <w:b/>
        </w:rPr>
        <w:t>Semnătura</w:t>
      </w:r>
      <w:proofErr w:type="spellEnd"/>
      <w:r>
        <w:rPr>
          <w:b/>
        </w:rPr>
        <w:t>: ___________________</w:t>
      </w:r>
    </w:p>
    <w:p w14:paraId="311D42DB" w14:textId="77777777" w:rsidR="00A84ED4" w:rsidRDefault="00A84ED4">
      <w:pPr>
        <w:spacing w:after="5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B62917" w14:paraId="580E9793" w14:textId="77777777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8128FF" w14:textId="77777777" w:rsidR="00B62917" w:rsidRDefault="00000000">
            <w:pPr>
              <w:spacing w:after="40"/>
            </w:pPr>
            <w:r>
              <w:rPr>
                <w:b/>
                <w:color w:val="555555"/>
                <w:sz w:val="18"/>
              </w:rPr>
              <w:t>Notă de informare:</w:t>
            </w:r>
            <w:r>
              <w:rPr>
                <w:b/>
                <w:color w:val="555555"/>
                <w:sz w:val="18"/>
              </w:rPr>
              <w:br/>
            </w:r>
            <w:r>
              <w:rPr>
                <w:i/>
                <w:color w:val="666666"/>
                <w:sz w:val="17"/>
              </w:rPr>
              <w:t>Datele dumneavoastră cu caracter personal sunt prelucrate de către Agenția Națională pentru Programe Comunitare în Domeniul Educației și Formării Profesionale (ANPCDEFP) – Unitatea de Implementare a Proiectelor Erasmus + 2026-1-RO01-KA121-ADU-000417046 și de către Beneficiar, în scopul implementării și monitorizării activităților specifice proiectului. Vă puteți exercita drepturile de acces, rectificare, ștergere sau opoziție conform Regulamentului (UE) 2016/679 (GDPR).</w:t>
            </w:r>
          </w:p>
        </w:tc>
      </w:tr>
    </w:tbl>
    <w:p w14:paraId="42D9D38B" w14:textId="77777777" w:rsidR="00B86829" w:rsidRDefault="00B86829"/>
    <w:sectPr w:rsidR="00B86829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2946097">
    <w:abstractNumId w:val="8"/>
  </w:num>
  <w:num w:numId="2" w16cid:durableId="843939358">
    <w:abstractNumId w:val="6"/>
  </w:num>
  <w:num w:numId="3" w16cid:durableId="1943613364">
    <w:abstractNumId w:val="5"/>
  </w:num>
  <w:num w:numId="4" w16cid:durableId="754133476">
    <w:abstractNumId w:val="4"/>
  </w:num>
  <w:num w:numId="5" w16cid:durableId="217546595">
    <w:abstractNumId w:val="7"/>
  </w:num>
  <w:num w:numId="6" w16cid:durableId="1141927203">
    <w:abstractNumId w:val="3"/>
  </w:num>
  <w:num w:numId="7" w16cid:durableId="1143280445">
    <w:abstractNumId w:val="2"/>
  </w:num>
  <w:num w:numId="8" w16cid:durableId="1817071126">
    <w:abstractNumId w:val="1"/>
  </w:num>
  <w:num w:numId="9" w16cid:durableId="4313607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84ED4"/>
    <w:rsid w:val="00AA1D8D"/>
    <w:rsid w:val="00B47730"/>
    <w:rsid w:val="00B62917"/>
    <w:rsid w:val="00B86829"/>
    <w:rsid w:val="00BD355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2F99312"/>
  <w14:defaultImageDpi w14:val="300"/>
  <w15:docId w15:val="{EAA7F851-28D9-F649-854F-B456A11B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2026-08-25T08:59:00Z</dcterms:modified>
  <cp:category/>
</cp:coreProperties>
</file>