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072BC" w14:paraId="11F8B0AC" w14:textId="77777777">
        <w:trPr>
          <w:jc w:val="center"/>
        </w:trPr>
        <w:tc>
          <w:tcPr>
            <w:tcW w:w="9792" w:type="dxa"/>
            <w:tcBorders>
              <w:top w:val="single" w:sz="4" w:space="0" w:color="D0D7DE"/>
              <w:left w:val="single" w:sz="24" w:space="0" w:color="1F4E79"/>
              <w:bottom w:val="single" w:sz="4" w:space="0" w:color="D0D7DE"/>
              <w:right w:val="single" w:sz="4" w:space="0" w:color="D0D7DE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C9D9D44" w14:textId="1067CFF7" w:rsidR="007072BC" w:rsidRDefault="00000000">
            <w:pPr>
              <w:spacing w:before="40" w:after="80"/>
            </w:pPr>
            <w:r>
              <w:rPr>
                <w:b/>
                <w:color w:val="1F4E79"/>
                <w:sz w:val="26"/>
              </w:rPr>
              <w:t>ANEXA 3</w:t>
            </w:r>
            <w:r w:rsidR="00350435">
              <w:rPr>
                <w:b/>
                <w:color w:val="1F4E79"/>
                <w:sz w:val="26"/>
              </w:rPr>
              <w:t xml:space="preserve"> – </w:t>
            </w:r>
            <w:proofErr w:type="spellStart"/>
            <w:r w:rsidR="00350435">
              <w:rPr>
                <w:b/>
                <w:color w:val="1F4E79"/>
                <w:sz w:val="26"/>
              </w:rPr>
              <w:t>Angajament</w:t>
            </w:r>
            <w:proofErr w:type="spellEnd"/>
            <w:r w:rsidR="00350435">
              <w:rPr>
                <w:b/>
                <w:color w:val="1F4E79"/>
                <w:sz w:val="26"/>
              </w:rPr>
              <w:t xml:space="preserve"> de </w:t>
            </w:r>
            <w:proofErr w:type="spellStart"/>
            <w:r w:rsidR="00350435">
              <w:rPr>
                <w:b/>
                <w:color w:val="1F4E79"/>
                <w:sz w:val="26"/>
              </w:rPr>
              <w:t>disponibilitate</w:t>
            </w:r>
            <w:proofErr w:type="spellEnd"/>
            <w:r w:rsidR="00350435">
              <w:rPr>
                <w:b/>
                <w:color w:val="1F4E79"/>
                <w:sz w:val="26"/>
              </w:rPr>
              <w:t xml:space="preserve"> </w:t>
            </w:r>
            <w:proofErr w:type="spellStart"/>
            <w:r w:rsidR="00350435">
              <w:rPr>
                <w:b/>
                <w:color w:val="1F4E79"/>
                <w:sz w:val="26"/>
              </w:rPr>
              <w:t>față</w:t>
            </w:r>
            <w:proofErr w:type="spellEnd"/>
            <w:r w:rsidR="00350435">
              <w:rPr>
                <w:b/>
                <w:color w:val="1F4E79"/>
                <w:sz w:val="26"/>
              </w:rPr>
              <w:t xml:space="preserve"> de </w:t>
            </w:r>
            <w:proofErr w:type="spellStart"/>
            <w:r w:rsidR="00350435">
              <w:rPr>
                <w:b/>
                <w:color w:val="1F4E79"/>
                <w:sz w:val="26"/>
              </w:rPr>
              <w:t>activitățile</w:t>
            </w:r>
            <w:proofErr w:type="spellEnd"/>
            <w:r w:rsidR="00350435">
              <w:rPr>
                <w:b/>
                <w:color w:val="1F4E79"/>
                <w:sz w:val="26"/>
              </w:rPr>
              <w:t xml:space="preserve"> </w:t>
            </w:r>
            <w:proofErr w:type="spellStart"/>
            <w:r w:rsidR="00350435">
              <w:rPr>
                <w:b/>
                <w:color w:val="1F4E79"/>
                <w:sz w:val="26"/>
              </w:rPr>
              <w:t>proiectului</w:t>
            </w:r>
            <w:proofErr w:type="spellEnd"/>
            <w:r w:rsidR="00350435">
              <w:rPr>
                <w:b/>
                <w:color w:val="1F4E79"/>
                <w:sz w:val="26"/>
              </w:rPr>
              <w:t xml:space="preserve"> </w:t>
            </w:r>
            <w:r>
              <w:rPr>
                <w:b/>
                <w:color w:val="1F4E79"/>
                <w:sz w:val="26"/>
              </w:rPr>
              <w:br/>
            </w:r>
          </w:p>
          <w:p w14:paraId="45A73FE6" w14:textId="77777777" w:rsidR="007072BC" w:rsidRDefault="00000000">
            <w:pPr>
              <w:spacing w:after="40"/>
            </w:pPr>
            <w:proofErr w:type="spellStart"/>
            <w:r>
              <w:rPr>
                <w:b/>
                <w:color w:val="333333"/>
                <w:sz w:val="19"/>
              </w:rPr>
              <w:t>Proiect</w:t>
            </w:r>
            <w:proofErr w:type="spellEnd"/>
            <w:r>
              <w:rPr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b/>
                <w:color w:val="333333"/>
                <w:sz w:val="19"/>
              </w:rPr>
              <w:t>finanțat</w:t>
            </w:r>
            <w:proofErr w:type="spellEnd"/>
            <w:r>
              <w:rPr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b/>
                <w:color w:val="333333"/>
                <w:sz w:val="19"/>
              </w:rPr>
              <w:t>prin</w:t>
            </w:r>
            <w:proofErr w:type="spellEnd"/>
            <w:r>
              <w:rPr>
                <w:b/>
                <w:color w:val="333333"/>
                <w:sz w:val="19"/>
              </w:rPr>
              <w:t xml:space="preserve">: </w:t>
            </w:r>
            <w:proofErr w:type="spellStart"/>
            <w:r>
              <w:rPr>
                <w:color w:val="444444"/>
                <w:sz w:val="19"/>
              </w:rPr>
              <w:t>Programul</w:t>
            </w:r>
            <w:proofErr w:type="spellEnd"/>
            <w:r>
              <w:rPr>
                <w:color w:val="444444"/>
                <w:sz w:val="19"/>
              </w:rPr>
              <w:t xml:space="preserve"> Erasmus+ al </w:t>
            </w:r>
            <w:proofErr w:type="spellStart"/>
            <w:r>
              <w:rPr>
                <w:color w:val="444444"/>
                <w:sz w:val="19"/>
              </w:rPr>
              <w:t>Uniunii</w:t>
            </w:r>
            <w:proofErr w:type="spellEnd"/>
            <w:r>
              <w:rPr>
                <w:color w:val="444444"/>
                <w:sz w:val="19"/>
              </w:rPr>
              <w:t xml:space="preserve"> </w:t>
            </w:r>
            <w:proofErr w:type="spellStart"/>
            <w:r>
              <w:rPr>
                <w:color w:val="444444"/>
                <w:sz w:val="19"/>
              </w:rPr>
              <w:t>Europene</w:t>
            </w:r>
            <w:proofErr w:type="spellEnd"/>
          </w:p>
          <w:p w14:paraId="3C4B40AF" w14:textId="77777777" w:rsidR="007072BC" w:rsidRDefault="00000000">
            <w:pPr>
              <w:spacing w:after="40"/>
            </w:pPr>
            <w:proofErr w:type="spellStart"/>
            <w:r>
              <w:rPr>
                <w:b/>
                <w:color w:val="333333"/>
                <w:sz w:val="19"/>
              </w:rPr>
              <w:t>Acțiunea</w:t>
            </w:r>
            <w:proofErr w:type="spellEnd"/>
            <w:r>
              <w:rPr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b/>
                <w:color w:val="333333"/>
                <w:sz w:val="19"/>
              </w:rPr>
              <w:t>Cheie</w:t>
            </w:r>
            <w:proofErr w:type="spellEnd"/>
            <w:r>
              <w:rPr>
                <w:b/>
                <w:color w:val="333333"/>
                <w:sz w:val="19"/>
              </w:rPr>
              <w:t xml:space="preserve"> 1: </w:t>
            </w:r>
            <w:proofErr w:type="spellStart"/>
            <w:r>
              <w:rPr>
                <w:color w:val="444444"/>
                <w:sz w:val="19"/>
              </w:rPr>
              <w:t>Educația</w:t>
            </w:r>
            <w:proofErr w:type="spellEnd"/>
            <w:r>
              <w:rPr>
                <w:color w:val="444444"/>
                <w:sz w:val="19"/>
              </w:rPr>
              <w:t xml:space="preserve"> </w:t>
            </w:r>
            <w:proofErr w:type="spellStart"/>
            <w:r>
              <w:rPr>
                <w:color w:val="444444"/>
                <w:sz w:val="19"/>
              </w:rPr>
              <w:t>Adulților</w:t>
            </w:r>
            <w:proofErr w:type="spellEnd"/>
            <w:r>
              <w:rPr>
                <w:color w:val="444444"/>
                <w:sz w:val="19"/>
              </w:rPr>
              <w:t xml:space="preserve"> (ADU)</w:t>
            </w:r>
          </w:p>
          <w:p w14:paraId="2DFD4328" w14:textId="77777777" w:rsidR="007072BC" w:rsidRDefault="00000000">
            <w:pPr>
              <w:spacing w:after="40"/>
            </w:pPr>
            <w:proofErr w:type="spellStart"/>
            <w:r>
              <w:rPr>
                <w:b/>
                <w:color w:val="333333"/>
                <w:sz w:val="19"/>
              </w:rPr>
              <w:t>Durata</w:t>
            </w:r>
            <w:proofErr w:type="spellEnd"/>
            <w:r>
              <w:rPr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b/>
                <w:color w:val="333333"/>
                <w:sz w:val="19"/>
              </w:rPr>
              <w:t>proiectului</w:t>
            </w:r>
            <w:proofErr w:type="spellEnd"/>
            <w:r>
              <w:rPr>
                <w:b/>
                <w:color w:val="333333"/>
                <w:sz w:val="19"/>
              </w:rPr>
              <w:t xml:space="preserve">: </w:t>
            </w:r>
            <w:r>
              <w:rPr>
                <w:color w:val="444444"/>
                <w:sz w:val="19"/>
              </w:rPr>
              <w:t xml:space="preserve">15 </w:t>
            </w:r>
            <w:proofErr w:type="spellStart"/>
            <w:r>
              <w:rPr>
                <w:color w:val="444444"/>
                <w:sz w:val="19"/>
              </w:rPr>
              <w:t>luni</w:t>
            </w:r>
            <w:proofErr w:type="spellEnd"/>
            <w:r>
              <w:rPr>
                <w:color w:val="444444"/>
                <w:sz w:val="19"/>
              </w:rPr>
              <w:t xml:space="preserve"> (01.06.2026 – 31.08.2027)</w:t>
            </w:r>
          </w:p>
          <w:p w14:paraId="6806173E" w14:textId="77777777" w:rsidR="007072BC" w:rsidRDefault="00000000">
            <w:pPr>
              <w:spacing w:after="40"/>
            </w:pPr>
            <w:proofErr w:type="spellStart"/>
            <w:r>
              <w:rPr>
                <w:b/>
                <w:color w:val="333333"/>
                <w:sz w:val="19"/>
              </w:rPr>
              <w:t>Număr</w:t>
            </w:r>
            <w:proofErr w:type="spellEnd"/>
            <w:r>
              <w:rPr>
                <w:b/>
                <w:color w:val="333333"/>
                <w:sz w:val="19"/>
              </w:rPr>
              <w:t xml:space="preserve"> de </w:t>
            </w:r>
            <w:proofErr w:type="spellStart"/>
            <w:r>
              <w:rPr>
                <w:b/>
                <w:color w:val="333333"/>
                <w:sz w:val="19"/>
              </w:rPr>
              <w:t>referință</w:t>
            </w:r>
            <w:proofErr w:type="spellEnd"/>
            <w:r>
              <w:rPr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b/>
                <w:color w:val="333333"/>
                <w:sz w:val="19"/>
              </w:rPr>
              <w:t>proiect</w:t>
            </w:r>
            <w:proofErr w:type="spellEnd"/>
            <w:r>
              <w:rPr>
                <w:b/>
                <w:color w:val="333333"/>
                <w:sz w:val="19"/>
              </w:rPr>
              <w:t xml:space="preserve">: </w:t>
            </w:r>
            <w:r>
              <w:rPr>
                <w:color w:val="444444"/>
                <w:sz w:val="19"/>
              </w:rPr>
              <w:t>Erasmus + 2026-1-RO01-KA121-ADU-000417046</w:t>
            </w:r>
          </w:p>
          <w:p w14:paraId="4CB68AD3" w14:textId="77777777" w:rsidR="007072BC" w:rsidRDefault="00000000">
            <w:pPr>
              <w:spacing w:after="40"/>
            </w:pPr>
            <w:proofErr w:type="spellStart"/>
            <w:r>
              <w:rPr>
                <w:b/>
                <w:color w:val="333333"/>
                <w:sz w:val="19"/>
              </w:rPr>
              <w:t>Beneficiar</w:t>
            </w:r>
            <w:proofErr w:type="spellEnd"/>
            <w:r>
              <w:rPr>
                <w:b/>
                <w:color w:val="333333"/>
                <w:sz w:val="19"/>
              </w:rPr>
              <w:t xml:space="preserve">: </w:t>
            </w:r>
            <w:r>
              <w:rPr>
                <w:color w:val="444444"/>
                <w:sz w:val="19"/>
              </w:rPr>
              <w:t>MUZEUL ȚĂRII CRIȘURILOR ORADEA - COMPLEX MUZEAL</w:t>
            </w:r>
          </w:p>
        </w:tc>
      </w:tr>
    </w:tbl>
    <w:p w14:paraId="0C9E7F2B" w14:textId="77777777" w:rsidR="007072BC" w:rsidRDefault="007072BC">
      <w:pPr>
        <w:spacing w:after="120"/>
      </w:pPr>
    </w:p>
    <w:p w14:paraId="08F70C47" w14:textId="77777777" w:rsidR="00350435" w:rsidRDefault="00350435" w:rsidP="00350435">
      <w:pPr>
        <w:spacing w:before="240" w:after="320"/>
        <w:jc w:val="center"/>
        <w:rPr>
          <w:b/>
          <w:color w:val="1F4E79"/>
          <w:sz w:val="28"/>
        </w:rPr>
      </w:pPr>
      <w:r>
        <w:rPr>
          <w:b/>
          <w:color w:val="1F4E79"/>
          <w:sz w:val="28"/>
        </w:rPr>
        <w:t xml:space="preserve">ANGAJAMENT de </w:t>
      </w:r>
      <w:proofErr w:type="spellStart"/>
      <w:r>
        <w:rPr>
          <w:b/>
          <w:color w:val="1F4E79"/>
          <w:sz w:val="28"/>
        </w:rPr>
        <w:t>disponibilitate</w:t>
      </w:r>
      <w:proofErr w:type="spellEnd"/>
      <w:r>
        <w:rPr>
          <w:b/>
          <w:color w:val="1F4E79"/>
          <w:sz w:val="28"/>
        </w:rPr>
        <w:br/>
      </w:r>
      <w:proofErr w:type="spellStart"/>
      <w:r>
        <w:rPr>
          <w:b/>
          <w:color w:val="1F4E79"/>
          <w:sz w:val="28"/>
        </w:rPr>
        <w:t>față</w:t>
      </w:r>
      <w:proofErr w:type="spellEnd"/>
      <w:r>
        <w:rPr>
          <w:b/>
          <w:color w:val="1F4E79"/>
          <w:sz w:val="28"/>
        </w:rPr>
        <w:t xml:space="preserve"> de </w:t>
      </w:r>
      <w:proofErr w:type="spellStart"/>
      <w:r>
        <w:rPr>
          <w:b/>
          <w:color w:val="1F4E79"/>
          <w:sz w:val="28"/>
        </w:rPr>
        <w:t>activitățile</w:t>
      </w:r>
      <w:proofErr w:type="spellEnd"/>
      <w:r>
        <w:rPr>
          <w:b/>
          <w:color w:val="1F4E79"/>
          <w:sz w:val="28"/>
        </w:rPr>
        <w:t xml:space="preserve"> </w:t>
      </w:r>
      <w:proofErr w:type="spellStart"/>
      <w:r>
        <w:rPr>
          <w:b/>
          <w:color w:val="1F4E79"/>
          <w:sz w:val="28"/>
        </w:rPr>
        <w:t>proiectului</w:t>
      </w:r>
      <w:proofErr w:type="spellEnd"/>
    </w:p>
    <w:p w14:paraId="76D16C14" w14:textId="594F39C6" w:rsidR="007072BC" w:rsidRDefault="00000000" w:rsidP="00350435">
      <w:pPr>
        <w:spacing w:after="240" w:line="312" w:lineRule="auto"/>
        <w:jc w:val="both"/>
      </w:pPr>
      <w:proofErr w:type="spellStart"/>
      <w:r>
        <w:t>Subsemnatul</w:t>
      </w:r>
      <w:proofErr w:type="spellEnd"/>
      <w:r>
        <w:t xml:space="preserve">(a) </w:t>
      </w:r>
      <w:r>
        <w:rPr>
          <w:color w:val="666666"/>
        </w:rPr>
        <w:t>________________________________________</w:t>
      </w:r>
      <w:r w:rsidR="00350435">
        <w:rPr>
          <w:color w:val="666666"/>
        </w:rPr>
        <w:t>__</w:t>
      </w:r>
      <w:r>
        <w:rPr>
          <w:color w:val="666666"/>
        </w:rPr>
        <w:t xml:space="preserve">_____, </w:t>
      </w:r>
      <w:r>
        <w:t xml:space="preserve">CNP </w:t>
      </w:r>
      <w:r>
        <w:rPr>
          <w:color w:val="666666"/>
        </w:rPr>
        <w:t>_____</w:t>
      </w:r>
      <w:r w:rsidR="00350435">
        <w:rPr>
          <w:color w:val="666666"/>
        </w:rPr>
        <w:t>__</w:t>
      </w:r>
      <w:r>
        <w:rPr>
          <w:color w:val="666666"/>
        </w:rPr>
        <w:t xml:space="preserve">_________________, </w:t>
      </w:r>
      <w:proofErr w:type="spellStart"/>
      <w:r>
        <w:t>domiciliat</w:t>
      </w:r>
      <w:proofErr w:type="spellEnd"/>
      <w:r>
        <w:t xml:space="preserve">(ă)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localitatea</w:t>
      </w:r>
      <w:proofErr w:type="spellEnd"/>
      <w:r>
        <w:t xml:space="preserve"> </w:t>
      </w:r>
      <w:r>
        <w:rPr>
          <w:color w:val="666666"/>
        </w:rPr>
        <w:t xml:space="preserve">__________________________, </w:t>
      </w:r>
      <w:r>
        <w:t xml:space="preserve">str. </w:t>
      </w:r>
      <w:r>
        <w:rPr>
          <w:color w:val="666666"/>
        </w:rPr>
        <w:t xml:space="preserve">___________________________________, </w:t>
      </w:r>
      <w:r>
        <w:t xml:space="preserve">nr. ____, bl. ____, ap. ____, tel. </w:t>
      </w:r>
      <w:r>
        <w:rPr>
          <w:color w:val="666666"/>
        </w:rPr>
        <w:t xml:space="preserve">____________________, </w:t>
      </w:r>
      <w:r>
        <w:t xml:space="preserve">e-mail </w:t>
      </w:r>
      <w:r>
        <w:rPr>
          <w:color w:val="666666"/>
        </w:rPr>
        <w:t xml:space="preserve">___________________________________, </w:t>
      </w:r>
      <w:proofErr w:type="spellStart"/>
      <w:r>
        <w:t>posesor</w:t>
      </w:r>
      <w:proofErr w:type="spellEnd"/>
      <w:r>
        <w:t>(</w:t>
      </w:r>
      <w:proofErr w:type="spellStart"/>
      <w:r>
        <w:t>oare</w:t>
      </w:r>
      <w:proofErr w:type="spellEnd"/>
      <w:r>
        <w:t xml:space="preserve">) al(a)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seria ______ nr. _______________,</w:t>
      </w:r>
    </w:p>
    <w:p w14:paraId="5B2C26C9" w14:textId="6064BAAD" w:rsidR="007072BC" w:rsidRDefault="00000000" w:rsidP="00350435">
      <w:pPr>
        <w:spacing w:line="312" w:lineRule="auto"/>
        <w:jc w:val="both"/>
      </w:pPr>
      <w:proofErr w:type="spellStart"/>
      <w:r>
        <w:t>mă</w:t>
      </w:r>
      <w:proofErr w:type="spellEnd"/>
      <w:r>
        <w:t xml:space="preserve"> </w:t>
      </w:r>
      <w:proofErr w:type="spellStart"/>
      <w:r>
        <w:t>angajez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voi</w:t>
      </w:r>
      <w:proofErr w:type="spellEnd"/>
      <w:r>
        <w:t xml:space="preserve"> fi </w:t>
      </w:r>
      <w:proofErr w:type="spellStart"/>
      <w:r>
        <w:t>selectat</w:t>
      </w:r>
      <w:proofErr w:type="spellEnd"/>
      <w:r>
        <w:t xml:space="preserve">/ă ca titular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grupul</w:t>
      </w:r>
      <w:proofErr w:type="spellEnd"/>
      <w:r>
        <w:t xml:space="preserve"> </w:t>
      </w:r>
      <w:proofErr w:type="spellStart"/>
      <w:r>
        <w:t>țintă</w:t>
      </w:r>
      <w:proofErr w:type="spellEnd"/>
      <w:r>
        <w:t xml:space="preserve"> al </w:t>
      </w:r>
      <w:proofErr w:type="spellStart"/>
      <w:r w:rsidRPr="00350435">
        <w:rPr>
          <w:bCs/>
        </w:rPr>
        <w:t>Proiectului</w:t>
      </w:r>
      <w:proofErr w:type="spellEnd"/>
      <w:r>
        <w:rPr>
          <w:b/>
        </w:rPr>
        <w:t xml:space="preserve"> 2026-1-RO01-KA121-ADU-000417046</w:t>
      </w:r>
      <w:r>
        <w:t xml:space="preserve">, </w:t>
      </w:r>
      <w:proofErr w:type="spellStart"/>
      <w:r>
        <w:t>finanțat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r w:rsidRPr="00350435">
        <w:rPr>
          <w:b/>
          <w:bCs/>
        </w:rPr>
        <w:t>Erasmus+</w:t>
      </w:r>
      <w:r>
        <w:t xml:space="preserve">, </w:t>
      </w:r>
      <w:proofErr w:type="spellStart"/>
      <w:r>
        <w:t>să</w:t>
      </w:r>
      <w:proofErr w:type="spellEnd"/>
      <w:r>
        <w:t xml:space="preserve"> respect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calendarul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particip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care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revin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întocmesc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solicitate de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>.</w:t>
      </w:r>
    </w:p>
    <w:p w14:paraId="47D8E009" w14:textId="77777777" w:rsidR="007072BC" w:rsidRDefault="00000000" w:rsidP="00350435">
      <w:pPr>
        <w:spacing w:line="312" w:lineRule="auto"/>
        <w:jc w:val="both"/>
      </w:pPr>
      <w:proofErr w:type="spellStart"/>
      <w:r>
        <w:t>Declar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(ă)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menționat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mă</w:t>
      </w:r>
      <w:proofErr w:type="spellEnd"/>
      <w:r>
        <w:t xml:space="preserve"> </w:t>
      </w:r>
      <w:proofErr w:type="spellStart"/>
      <w:r>
        <w:t>angajez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respect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>.</w:t>
      </w:r>
    </w:p>
    <w:p w14:paraId="66178C23" w14:textId="7D6CF99B" w:rsidR="007072BC" w:rsidRDefault="00000000" w:rsidP="00350435">
      <w:pPr>
        <w:spacing w:after="560" w:line="312" w:lineRule="auto"/>
        <w:jc w:val="both"/>
      </w:pPr>
      <w:r>
        <w:t xml:space="preserve">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angajament</w:t>
      </w:r>
      <w:proofErr w:type="spellEnd"/>
      <w:r>
        <w:t xml:space="preserve"> duce la </w:t>
      </w:r>
      <w:proofErr w:type="spellStart"/>
      <w:r>
        <w:t>eliminarea</w:t>
      </w:r>
      <w:proofErr w:type="spellEnd"/>
      <w:r>
        <w:t xml:space="preserve"> </w:t>
      </w:r>
      <w:proofErr w:type="spellStart"/>
      <w:r>
        <w:t>mea</w:t>
      </w:r>
      <w:proofErr w:type="spellEnd"/>
      <w:r>
        <w:t xml:space="preserve"> de pe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din </w:t>
      </w:r>
      <w:proofErr w:type="spellStart"/>
      <w:r>
        <w:t>grupul</w:t>
      </w:r>
      <w:proofErr w:type="spellEnd"/>
      <w:r>
        <w:t xml:space="preserve"> </w:t>
      </w:r>
      <w:proofErr w:type="spellStart"/>
      <w:r>
        <w:t>țintă</w:t>
      </w:r>
      <w:proofErr w:type="spellEnd"/>
      <w:r w:rsidR="003A1D6D">
        <w:t xml:space="preserve"> </w:t>
      </w:r>
      <w:proofErr w:type="spellStart"/>
      <w:r w:rsidR="003A1D6D">
        <w:t>și</w:t>
      </w:r>
      <w:proofErr w:type="spellEnd"/>
      <w:r w:rsidR="003A1D6D">
        <w:t xml:space="preserve"> </w:t>
      </w:r>
      <w:proofErr w:type="spellStart"/>
      <w:r w:rsidR="003A1D6D">
        <w:t>restituirea</w:t>
      </w:r>
      <w:proofErr w:type="spellEnd"/>
      <w:r w:rsidR="003A1D6D">
        <w:t xml:space="preserve"> </w:t>
      </w:r>
      <w:proofErr w:type="spellStart"/>
      <w:r w:rsidR="003A1D6D">
        <w:t>cheltuite</w:t>
      </w:r>
      <w:proofErr w:type="spellEnd"/>
      <w:r w:rsidR="003A1D6D">
        <w:t xml:space="preserve"> </w:t>
      </w:r>
      <w:proofErr w:type="spellStart"/>
      <w:r w:rsidR="003A1D6D">
        <w:t>pentru</w:t>
      </w:r>
      <w:proofErr w:type="spellEnd"/>
      <w:r w:rsidR="003A1D6D">
        <w:t xml:space="preserve"> </w:t>
      </w:r>
      <w:proofErr w:type="spellStart"/>
      <w:r w:rsidR="003A1D6D">
        <w:t>mobilitatea</w:t>
      </w:r>
      <w:proofErr w:type="spellEnd"/>
      <w:r w:rsidR="003A1D6D">
        <w:t xml:space="preserve"> </w:t>
      </w:r>
      <w:proofErr w:type="spellStart"/>
      <w:r w:rsidR="003A1D6D">
        <w:t>mea</w:t>
      </w:r>
      <w:proofErr w:type="spellEnd"/>
      <w:r>
        <w:t>.</w:t>
      </w:r>
    </w:p>
    <w:p w14:paraId="306816DF" w14:textId="4C3F309D" w:rsidR="007072BC" w:rsidRDefault="00000000">
      <w:pPr>
        <w:spacing w:after="0"/>
      </w:pPr>
      <w:r>
        <w:rPr>
          <w:b/>
        </w:rPr>
        <w:t xml:space="preserve">Data: ______________________                        </w:t>
      </w:r>
      <w:r w:rsidR="00350435">
        <w:rPr>
          <w:b/>
        </w:rPr>
        <w:tab/>
      </w:r>
      <w:r w:rsidR="00350435">
        <w:rPr>
          <w:b/>
        </w:rPr>
        <w:tab/>
        <w:t xml:space="preserve">             </w:t>
      </w:r>
      <w:r>
        <w:rPr>
          <w:b/>
        </w:rPr>
        <w:t xml:space="preserve">            </w:t>
      </w:r>
      <w:proofErr w:type="spellStart"/>
      <w:r>
        <w:rPr>
          <w:b/>
        </w:rPr>
        <w:t>Semnătura</w:t>
      </w:r>
      <w:proofErr w:type="spellEnd"/>
      <w:r>
        <w:rPr>
          <w:b/>
        </w:rPr>
        <w:t>: ___________________</w:t>
      </w:r>
    </w:p>
    <w:sectPr w:rsidR="007072B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6686274">
    <w:abstractNumId w:val="8"/>
  </w:num>
  <w:num w:numId="2" w16cid:durableId="272055992">
    <w:abstractNumId w:val="6"/>
  </w:num>
  <w:num w:numId="3" w16cid:durableId="75786277">
    <w:abstractNumId w:val="5"/>
  </w:num>
  <w:num w:numId="4" w16cid:durableId="874926968">
    <w:abstractNumId w:val="4"/>
  </w:num>
  <w:num w:numId="5" w16cid:durableId="156726663">
    <w:abstractNumId w:val="7"/>
  </w:num>
  <w:num w:numId="6" w16cid:durableId="1330213441">
    <w:abstractNumId w:val="3"/>
  </w:num>
  <w:num w:numId="7" w16cid:durableId="1522279681">
    <w:abstractNumId w:val="2"/>
  </w:num>
  <w:num w:numId="8" w16cid:durableId="2122845133">
    <w:abstractNumId w:val="1"/>
  </w:num>
  <w:num w:numId="9" w16cid:durableId="13129030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0435"/>
    <w:rsid w:val="003A1D6D"/>
    <w:rsid w:val="007072BC"/>
    <w:rsid w:val="00744779"/>
    <w:rsid w:val="00AA1D8D"/>
    <w:rsid w:val="00B47730"/>
    <w:rsid w:val="00BD355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D1967A0"/>
  <w14:defaultImageDpi w14:val="300"/>
  <w15:docId w15:val="{EAA7F851-28D9-F649-854F-B456A11B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2013-12-23T23:15:00Z</dcterms:created>
  <dcterms:modified xsi:type="dcterms:W3CDTF">2026-10-16T08:30:00Z</dcterms:modified>
  <cp:category/>
</cp:coreProperties>
</file>